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4BFD2" w14:textId="77777777" w:rsidR="009C1BB7" w:rsidRDefault="00000000">
      <w:pPr>
        <w:spacing w:after="60"/>
      </w:pPr>
      <w:r>
        <w:rPr>
          <w:b/>
          <w:sz w:val="22"/>
        </w:rPr>
        <w:t xml:space="preserve">Propósito: </w:t>
      </w:r>
      <w:r>
        <w:t>Aplica los números decimales y sus operaciones básicas para resolver problemas relacionados con la estimación y cálculo de medidas adecuadas en una alimentación saludable.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9C1BB7" w14:paraId="0801A76A" w14:textId="77777777">
        <w:trPr>
          <w:jc w:val="center"/>
        </w:trPr>
        <w:tc>
          <w:tcPr>
            <w:tcW w:w="5328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131FDCD8" w14:textId="77777777" w:rsidR="009C1BB7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DD9460" wp14:editId="6391DAB9">
                  <wp:extent cx="960120" cy="89208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colegio_campestre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89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8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48680031" w14:textId="77777777" w:rsidR="009C1BB7" w:rsidRDefault="00000000">
            <w:pPr>
              <w:jc w:val="center"/>
            </w:pPr>
            <w:r>
              <w:rPr>
                <w:b/>
                <w:color w:val="1B5E20"/>
                <w:sz w:val="23"/>
              </w:rPr>
              <w:t>Matemáticas 2026 – III Periodo</w:t>
            </w:r>
          </w:p>
          <w:p w14:paraId="58DC3AB4" w14:textId="77777777" w:rsidR="009C1BB7" w:rsidRDefault="00000000">
            <w:pPr>
              <w:spacing w:after="20"/>
            </w:pPr>
            <w:r>
              <w:rPr>
                <w:b/>
              </w:rPr>
              <w:t xml:space="preserve">Nombre:  </w:t>
            </w:r>
            <w:r>
              <w:t>________________________________________________________</w:t>
            </w:r>
          </w:p>
          <w:p w14:paraId="13C5029B" w14:textId="77777777" w:rsidR="009C1BB7" w:rsidRDefault="00000000">
            <w:pPr>
              <w:spacing w:after="20"/>
            </w:pPr>
            <w:r>
              <w:rPr>
                <w:b/>
              </w:rPr>
              <w:t xml:space="preserve">Curso:  </w:t>
            </w:r>
            <w:r>
              <w:t>Quinto                         Fecha: __________________________</w:t>
            </w:r>
          </w:p>
        </w:tc>
      </w:tr>
    </w:tbl>
    <w:p w14:paraId="42803C57" w14:textId="77777777" w:rsidR="009C1BB7" w:rsidRDefault="00000000">
      <w:pPr>
        <w:spacing w:before="80"/>
        <w:jc w:val="center"/>
      </w:pPr>
      <w:r>
        <w:rPr>
          <w:b/>
          <w:color w:val="1F4E79"/>
          <w:sz w:val="28"/>
        </w:rPr>
        <w:t xml:space="preserve">TALLER EVALUATIVO </w:t>
      </w:r>
      <w:proofErr w:type="gramStart"/>
      <w:r>
        <w:rPr>
          <w:b/>
          <w:color w:val="1F4E79"/>
          <w:sz w:val="28"/>
        </w:rPr>
        <w:t>N.º</w:t>
      </w:r>
      <w:proofErr w:type="gramEnd"/>
      <w:r>
        <w:rPr>
          <w:b/>
          <w:color w:val="1F4E79"/>
          <w:sz w:val="28"/>
        </w:rPr>
        <w:t xml:space="preserve"> 1 – COMPRENSIÓN DE LOS NÚMEROS DECIMALES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44"/>
        <w:gridCol w:w="3744"/>
        <w:gridCol w:w="3744"/>
      </w:tblGrid>
      <w:tr w:rsidR="009C1BB7" w14:paraId="27BA97B5" w14:textId="77777777">
        <w:trPr>
          <w:jc w:val="center"/>
        </w:trPr>
        <w:tc>
          <w:tcPr>
            <w:tcW w:w="3744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AF2F8"/>
          </w:tcPr>
          <w:p w14:paraId="4C979D3D" w14:textId="77777777" w:rsidR="009C1BB7" w:rsidRDefault="00000000">
            <w:pPr>
              <w:jc w:val="center"/>
            </w:pPr>
            <w:r>
              <w:rPr>
                <w:b/>
                <w:sz w:val="19"/>
              </w:rPr>
              <w:t>Tiempo: 45 minutos</w:t>
            </w:r>
          </w:p>
        </w:tc>
        <w:tc>
          <w:tcPr>
            <w:tcW w:w="3744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AF2F8"/>
          </w:tcPr>
          <w:p w14:paraId="6F77F982" w14:textId="77777777" w:rsidR="009C1BB7" w:rsidRDefault="00000000">
            <w:pPr>
              <w:jc w:val="center"/>
            </w:pPr>
            <w:proofErr w:type="gramStart"/>
            <w:r>
              <w:rPr>
                <w:b/>
                <w:sz w:val="19"/>
              </w:rPr>
              <w:t>Puntaje: _</w:t>
            </w:r>
            <w:proofErr w:type="gramEnd"/>
            <w:r>
              <w:rPr>
                <w:b/>
                <w:sz w:val="19"/>
              </w:rPr>
              <w:t>_____ / 20</w:t>
            </w:r>
          </w:p>
        </w:tc>
        <w:tc>
          <w:tcPr>
            <w:tcW w:w="3744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AF2F8"/>
          </w:tcPr>
          <w:p w14:paraId="68ABF3F3" w14:textId="77777777" w:rsidR="009C1BB7" w:rsidRDefault="00000000">
            <w:pPr>
              <w:jc w:val="center"/>
            </w:pPr>
            <w:r>
              <w:rPr>
                <w:b/>
                <w:sz w:val="19"/>
              </w:rPr>
              <w:t>Valoración: __________</w:t>
            </w:r>
          </w:p>
        </w:tc>
      </w:tr>
    </w:tbl>
    <w:p w14:paraId="3C5AB9D8" w14:textId="77777777" w:rsidR="009C1BB7" w:rsidRDefault="00000000">
      <w:pPr>
        <w:spacing w:before="60" w:after="60"/>
      </w:pPr>
      <w:r>
        <w:rPr>
          <w:b/>
        </w:rPr>
        <w:t xml:space="preserve">Instrucciones: </w:t>
      </w:r>
      <w:r>
        <w:t>Lee cuidadosamente, muestra los procedimientos cuando sea necesario y revisa tus respuestas antes de entregar.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C1BB7" w14:paraId="15500541" w14:textId="77777777">
        <w:trPr>
          <w:jc w:val="center"/>
        </w:trPr>
        <w:tc>
          <w:tcPr>
            <w:tcW w:w="106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9EAF7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F986B0E" w14:textId="77777777" w:rsidR="009C1BB7" w:rsidRDefault="00000000">
            <w:r>
              <w:rPr>
                <w:b/>
                <w:color w:val="1F4E79"/>
              </w:rPr>
              <w:t xml:space="preserve">1. Lectura y escritura de números </w:t>
            </w:r>
            <w:proofErr w:type="gramStart"/>
            <w:r>
              <w:rPr>
                <w:b/>
                <w:color w:val="1F4E79"/>
              </w:rPr>
              <w:t>decimales  (</w:t>
            </w:r>
            <w:proofErr w:type="gramEnd"/>
            <w:r>
              <w:rPr>
                <w:b/>
                <w:color w:val="1F4E79"/>
              </w:rPr>
              <w:t>4 puntos)</w:t>
            </w:r>
          </w:p>
        </w:tc>
      </w:tr>
    </w:tbl>
    <w:p w14:paraId="39E64A2F" w14:textId="77777777" w:rsidR="009C1BB7" w:rsidRDefault="00000000">
      <w:pPr>
        <w:ind w:left="115"/>
      </w:pPr>
      <w:r>
        <w:t>A. Escribe cada expresión con cifras:</w:t>
      </w:r>
    </w:p>
    <w:p w14:paraId="52B8B00F" w14:textId="77777777" w:rsidR="009C1BB7" w:rsidRDefault="00000000">
      <w:pPr>
        <w:spacing w:after="20"/>
        <w:ind w:left="115"/>
      </w:pPr>
      <w:r>
        <w:t>a) Cinco enteros y dos décimas: __________________</w:t>
      </w:r>
    </w:p>
    <w:p w14:paraId="12471821" w14:textId="77777777" w:rsidR="009C1BB7" w:rsidRDefault="00000000">
      <w:pPr>
        <w:spacing w:after="20"/>
        <w:ind w:left="115"/>
      </w:pPr>
      <w:r>
        <w:t>b) Diez enteros y una centésima: __________________</w:t>
      </w:r>
    </w:p>
    <w:p w14:paraId="4C7553F3" w14:textId="77777777" w:rsidR="009C1BB7" w:rsidRDefault="00000000">
      <w:pPr>
        <w:spacing w:after="20"/>
        <w:ind w:left="115"/>
      </w:pPr>
      <w:r>
        <w:t>c) Cuatro enteros y veintidós centésimas: __________________</w:t>
      </w:r>
    </w:p>
    <w:p w14:paraId="4C226054" w14:textId="77777777" w:rsidR="009C1BB7" w:rsidRDefault="00000000">
      <w:pPr>
        <w:spacing w:after="20"/>
        <w:ind w:left="115"/>
      </w:pPr>
      <w:r>
        <w:t>d) Ciento diez enteros y una milésima: __________________</w:t>
      </w:r>
    </w:p>
    <w:p w14:paraId="5DD64231" w14:textId="77777777" w:rsidR="009C1BB7" w:rsidRDefault="00000000">
      <w:pPr>
        <w:ind w:left="115"/>
      </w:pPr>
      <w:r>
        <w:t>B. Escribe con palabras:</w:t>
      </w:r>
    </w:p>
    <w:p w14:paraId="7FB63D2B" w14:textId="77777777" w:rsidR="009C1BB7" w:rsidRDefault="00000000">
      <w:pPr>
        <w:spacing w:after="20"/>
        <w:ind w:left="115"/>
      </w:pPr>
      <w:r>
        <w:t>a) 3,7: ______________________________________________________________</w:t>
      </w:r>
    </w:p>
    <w:p w14:paraId="0D55A5FE" w14:textId="77777777" w:rsidR="009C1BB7" w:rsidRDefault="00000000">
      <w:pPr>
        <w:spacing w:after="20"/>
        <w:ind w:left="115"/>
      </w:pPr>
      <w:r>
        <w:t>b) 12,04: _____________________________________________________________</w:t>
      </w:r>
    </w:p>
    <w:p w14:paraId="29CDAF0E" w14:textId="77777777" w:rsidR="009C1BB7" w:rsidRDefault="00000000">
      <w:pPr>
        <w:spacing w:after="20"/>
        <w:ind w:left="115"/>
      </w:pPr>
      <w:r>
        <w:t>c) 0,125: ____________________________________________________________</w:t>
      </w:r>
    </w:p>
    <w:p w14:paraId="52C18540" w14:textId="77777777" w:rsidR="009C1BB7" w:rsidRDefault="00000000">
      <w:pPr>
        <w:spacing w:after="20"/>
        <w:ind w:left="115"/>
      </w:pPr>
      <w:r>
        <w:t>d) 48,306: ___________________________________________________________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C1BB7" w14:paraId="5BFFF3F0" w14:textId="77777777">
        <w:trPr>
          <w:jc w:val="center"/>
        </w:trPr>
        <w:tc>
          <w:tcPr>
            <w:tcW w:w="106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9EAF7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521C7EE" w14:textId="77777777" w:rsidR="009C1BB7" w:rsidRDefault="00000000">
            <w:r>
              <w:rPr>
                <w:b/>
                <w:color w:val="1F4E79"/>
              </w:rPr>
              <w:t xml:space="preserve">2. Valor </w:t>
            </w:r>
            <w:proofErr w:type="gramStart"/>
            <w:r>
              <w:rPr>
                <w:b/>
                <w:color w:val="1F4E79"/>
              </w:rPr>
              <w:t>posicional  (</w:t>
            </w:r>
            <w:proofErr w:type="gramEnd"/>
            <w:r>
              <w:rPr>
                <w:b/>
                <w:color w:val="1F4E79"/>
              </w:rPr>
              <w:t>4 puntos)</w:t>
            </w:r>
          </w:p>
        </w:tc>
      </w:tr>
    </w:tbl>
    <w:p w14:paraId="053E2F68" w14:textId="77777777" w:rsidR="009C1BB7" w:rsidRDefault="00000000">
      <w:pPr>
        <w:ind w:left="115"/>
      </w:pPr>
      <w:r>
        <w:t>Completa la tabla según el valor de cada cifra.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131"/>
        <w:gridCol w:w="2131"/>
        <w:gridCol w:w="2131"/>
        <w:gridCol w:w="2131"/>
        <w:gridCol w:w="2131"/>
      </w:tblGrid>
      <w:tr w:rsidR="009C1BB7" w14:paraId="3356411F" w14:textId="77777777">
        <w:trPr>
          <w:jc w:val="center"/>
        </w:trPr>
        <w:tc>
          <w:tcPr>
            <w:tcW w:w="2131" w:type="dxa"/>
            <w:shd w:val="clear" w:color="auto" w:fill="D9EAD3"/>
          </w:tcPr>
          <w:p w14:paraId="3DAD6DDE" w14:textId="77777777" w:rsidR="009C1BB7" w:rsidRDefault="00000000">
            <w:pPr>
              <w:jc w:val="center"/>
            </w:pPr>
            <w:r>
              <w:rPr>
                <w:b/>
                <w:sz w:val="19"/>
              </w:rPr>
              <w:t>Número</w:t>
            </w:r>
          </w:p>
        </w:tc>
        <w:tc>
          <w:tcPr>
            <w:tcW w:w="2131" w:type="dxa"/>
            <w:shd w:val="clear" w:color="auto" w:fill="D9EAD3"/>
          </w:tcPr>
          <w:p w14:paraId="415CA342" w14:textId="77777777" w:rsidR="009C1BB7" w:rsidRDefault="00000000">
            <w:pPr>
              <w:jc w:val="center"/>
            </w:pPr>
            <w:r>
              <w:rPr>
                <w:b/>
                <w:sz w:val="19"/>
              </w:rPr>
              <w:t>Unidades</w:t>
            </w:r>
          </w:p>
        </w:tc>
        <w:tc>
          <w:tcPr>
            <w:tcW w:w="2131" w:type="dxa"/>
            <w:shd w:val="clear" w:color="auto" w:fill="D9EAD3"/>
          </w:tcPr>
          <w:p w14:paraId="19EFEB01" w14:textId="77777777" w:rsidR="009C1BB7" w:rsidRDefault="00000000">
            <w:pPr>
              <w:jc w:val="center"/>
            </w:pPr>
            <w:r>
              <w:rPr>
                <w:b/>
                <w:sz w:val="19"/>
              </w:rPr>
              <w:t>Décimas</w:t>
            </w:r>
          </w:p>
        </w:tc>
        <w:tc>
          <w:tcPr>
            <w:tcW w:w="2131" w:type="dxa"/>
            <w:shd w:val="clear" w:color="auto" w:fill="D9EAD3"/>
          </w:tcPr>
          <w:p w14:paraId="2417388B" w14:textId="77777777" w:rsidR="009C1BB7" w:rsidRDefault="00000000">
            <w:pPr>
              <w:jc w:val="center"/>
            </w:pPr>
            <w:r>
              <w:rPr>
                <w:b/>
                <w:sz w:val="19"/>
              </w:rPr>
              <w:t>Centésimas</w:t>
            </w:r>
          </w:p>
        </w:tc>
        <w:tc>
          <w:tcPr>
            <w:tcW w:w="2131" w:type="dxa"/>
            <w:shd w:val="clear" w:color="auto" w:fill="D9EAD3"/>
          </w:tcPr>
          <w:p w14:paraId="29E0E24C" w14:textId="77777777" w:rsidR="009C1BB7" w:rsidRDefault="00000000">
            <w:pPr>
              <w:jc w:val="center"/>
            </w:pPr>
            <w:r>
              <w:rPr>
                <w:b/>
                <w:sz w:val="19"/>
              </w:rPr>
              <w:t>Milésimas</w:t>
            </w:r>
          </w:p>
        </w:tc>
      </w:tr>
      <w:tr w:rsidR="009C1BB7" w14:paraId="2658CCD2" w14:textId="77777777">
        <w:trPr>
          <w:jc w:val="center"/>
        </w:trPr>
        <w:tc>
          <w:tcPr>
            <w:tcW w:w="2131" w:type="dxa"/>
          </w:tcPr>
          <w:p w14:paraId="0F0D0EFE" w14:textId="77777777" w:rsidR="009C1BB7" w:rsidRDefault="00000000">
            <w:pPr>
              <w:jc w:val="center"/>
            </w:pPr>
            <w:r>
              <w:t>27,305</w:t>
            </w:r>
          </w:p>
        </w:tc>
        <w:tc>
          <w:tcPr>
            <w:tcW w:w="2131" w:type="dxa"/>
          </w:tcPr>
          <w:p w14:paraId="0304D9C1" w14:textId="77777777" w:rsidR="009C1BB7" w:rsidRDefault="00000000">
            <w:pPr>
              <w:jc w:val="center"/>
            </w:pPr>
            <w:r>
              <w:t xml:space="preserve"> </w:t>
            </w:r>
          </w:p>
        </w:tc>
        <w:tc>
          <w:tcPr>
            <w:tcW w:w="2131" w:type="dxa"/>
          </w:tcPr>
          <w:p w14:paraId="6C226C6B" w14:textId="77777777" w:rsidR="009C1BB7" w:rsidRDefault="00000000">
            <w:pPr>
              <w:jc w:val="center"/>
            </w:pPr>
            <w:r>
              <w:t xml:space="preserve"> </w:t>
            </w:r>
          </w:p>
        </w:tc>
        <w:tc>
          <w:tcPr>
            <w:tcW w:w="2131" w:type="dxa"/>
          </w:tcPr>
          <w:p w14:paraId="7FA6449F" w14:textId="77777777" w:rsidR="009C1BB7" w:rsidRDefault="00000000">
            <w:pPr>
              <w:jc w:val="center"/>
            </w:pPr>
            <w:r>
              <w:t xml:space="preserve"> </w:t>
            </w:r>
          </w:p>
        </w:tc>
        <w:tc>
          <w:tcPr>
            <w:tcW w:w="2131" w:type="dxa"/>
          </w:tcPr>
          <w:p w14:paraId="28A3935B" w14:textId="77777777" w:rsidR="009C1BB7" w:rsidRDefault="00000000">
            <w:pPr>
              <w:jc w:val="center"/>
            </w:pPr>
            <w:r>
              <w:t xml:space="preserve"> </w:t>
            </w:r>
          </w:p>
        </w:tc>
      </w:tr>
      <w:tr w:rsidR="009C1BB7" w14:paraId="3D32FA22" w14:textId="77777777">
        <w:trPr>
          <w:jc w:val="center"/>
        </w:trPr>
        <w:tc>
          <w:tcPr>
            <w:tcW w:w="2131" w:type="dxa"/>
          </w:tcPr>
          <w:p w14:paraId="37B6680F" w14:textId="77777777" w:rsidR="009C1BB7" w:rsidRDefault="00000000">
            <w:pPr>
              <w:jc w:val="center"/>
            </w:pPr>
            <w:r>
              <w:t>6,482</w:t>
            </w:r>
          </w:p>
        </w:tc>
        <w:tc>
          <w:tcPr>
            <w:tcW w:w="2131" w:type="dxa"/>
          </w:tcPr>
          <w:p w14:paraId="6BC2E422" w14:textId="77777777" w:rsidR="009C1BB7" w:rsidRDefault="00000000">
            <w:pPr>
              <w:jc w:val="center"/>
            </w:pPr>
            <w:r>
              <w:t xml:space="preserve"> </w:t>
            </w:r>
          </w:p>
        </w:tc>
        <w:tc>
          <w:tcPr>
            <w:tcW w:w="2131" w:type="dxa"/>
          </w:tcPr>
          <w:p w14:paraId="2EB6E0A4" w14:textId="77777777" w:rsidR="009C1BB7" w:rsidRDefault="00000000">
            <w:pPr>
              <w:jc w:val="center"/>
            </w:pPr>
            <w:r>
              <w:t xml:space="preserve"> </w:t>
            </w:r>
          </w:p>
        </w:tc>
        <w:tc>
          <w:tcPr>
            <w:tcW w:w="2131" w:type="dxa"/>
          </w:tcPr>
          <w:p w14:paraId="38D4C9D2" w14:textId="77777777" w:rsidR="009C1BB7" w:rsidRDefault="00000000">
            <w:pPr>
              <w:jc w:val="center"/>
            </w:pPr>
            <w:r>
              <w:t xml:space="preserve"> </w:t>
            </w:r>
          </w:p>
        </w:tc>
        <w:tc>
          <w:tcPr>
            <w:tcW w:w="2131" w:type="dxa"/>
          </w:tcPr>
          <w:p w14:paraId="564F59C0" w14:textId="77777777" w:rsidR="009C1BB7" w:rsidRDefault="00000000">
            <w:pPr>
              <w:jc w:val="center"/>
            </w:pPr>
            <w:r>
              <w:t xml:space="preserve"> </w:t>
            </w:r>
          </w:p>
        </w:tc>
      </w:tr>
    </w:tbl>
    <w:p w14:paraId="67B2CCF5" w14:textId="77777777" w:rsidR="009C1BB7" w:rsidRDefault="00000000">
      <w:pPr>
        <w:spacing w:after="20"/>
        <w:ind w:left="115"/>
      </w:pPr>
      <w:r>
        <w:t>En el número 27,305, ¿qué valor representa el 3? _______________________________</w:t>
      </w:r>
    </w:p>
    <w:p w14:paraId="516DAE57" w14:textId="77777777" w:rsidR="009C1BB7" w:rsidRDefault="00000000">
      <w:pPr>
        <w:spacing w:after="20"/>
        <w:ind w:left="115"/>
      </w:pPr>
      <w:r>
        <w:t>En el número 6,482, ¿qué valor representa el 2? 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C1BB7" w14:paraId="08350049" w14:textId="77777777">
        <w:trPr>
          <w:jc w:val="center"/>
        </w:trPr>
        <w:tc>
          <w:tcPr>
            <w:tcW w:w="106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9EAF7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7C6298D" w14:textId="77777777" w:rsidR="009C1BB7" w:rsidRDefault="00000000">
            <w:r>
              <w:rPr>
                <w:b/>
                <w:color w:val="1F4E79"/>
              </w:rPr>
              <w:t xml:space="preserve">3. Fracciones decimales y números </w:t>
            </w:r>
            <w:proofErr w:type="gramStart"/>
            <w:r>
              <w:rPr>
                <w:b/>
                <w:color w:val="1F4E79"/>
              </w:rPr>
              <w:t>decimales  (</w:t>
            </w:r>
            <w:proofErr w:type="gramEnd"/>
            <w:r>
              <w:rPr>
                <w:b/>
                <w:color w:val="1F4E79"/>
              </w:rPr>
              <w:t>3 puntos)</w:t>
            </w:r>
          </w:p>
        </w:tc>
      </w:tr>
    </w:tbl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552"/>
        <w:gridCol w:w="3552"/>
        <w:gridCol w:w="3552"/>
      </w:tblGrid>
      <w:tr w:rsidR="009C1BB7" w14:paraId="491BBCA2" w14:textId="77777777">
        <w:trPr>
          <w:jc w:val="center"/>
        </w:trPr>
        <w:tc>
          <w:tcPr>
            <w:tcW w:w="3552" w:type="dxa"/>
          </w:tcPr>
          <w:p w14:paraId="74589FF2" w14:textId="77777777" w:rsidR="009C1BB7" w:rsidRDefault="00000000">
            <w:pPr>
              <w:jc w:val="center"/>
            </w:pPr>
            <w:r>
              <w:t>a) 7/10 =</w:t>
            </w:r>
          </w:p>
        </w:tc>
        <w:tc>
          <w:tcPr>
            <w:tcW w:w="3552" w:type="dxa"/>
          </w:tcPr>
          <w:p w14:paraId="06FD064C" w14:textId="77777777" w:rsidR="009C1BB7" w:rsidRDefault="00000000">
            <w:pPr>
              <w:jc w:val="center"/>
            </w:pPr>
            <w:r>
              <w:t>b) 35/100 =</w:t>
            </w:r>
          </w:p>
        </w:tc>
        <w:tc>
          <w:tcPr>
            <w:tcW w:w="3552" w:type="dxa"/>
          </w:tcPr>
          <w:p w14:paraId="33E73CFE" w14:textId="77777777" w:rsidR="009C1BB7" w:rsidRDefault="00000000">
            <w:pPr>
              <w:jc w:val="center"/>
            </w:pPr>
            <w:r>
              <w:t>c) 208/1000 =</w:t>
            </w:r>
          </w:p>
        </w:tc>
      </w:tr>
      <w:tr w:rsidR="009C1BB7" w14:paraId="4102D87A" w14:textId="77777777">
        <w:trPr>
          <w:jc w:val="center"/>
        </w:trPr>
        <w:tc>
          <w:tcPr>
            <w:tcW w:w="3552" w:type="dxa"/>
          </w:tcPr>
          <w:p w14:paraId="48205CF5" w14:textId="77777777" w:rsidR="009C1BB7" w:rsidRDefault="00000000">
            <w:pPr>
              <w:jc w:val="center"/>
            </w:pPr>
            <w:r>
              <w:t>d) 0,9 = ____/10</w:t>
            </w:r>
          </w:p>
        </w:tc>
        <w:tc>
          <w:tcPr>
            <w:tcW w:w="3552" w:type="dxa"/>
          </w:tcPr>
          <w:p w14:paraId="1C9AEF22" w14:textId="77777777" w:rsidR="009C1BB7" w:rsidRDefault="00000000">
            <w:pPr>
              <w:jc w:val="center"/>
            </w:pPr>
            <w:r>
              <w:t>e) 0,47 = ____/100</w:t>
            </w:r>
          </w:p>
        </w:tc>
        <w:tc>
          <w:tcPr>
            <w:tcW w:w="3552" w:type="dxa"/>
          </w:tcPr>
          <w:p w14:paraId="7ED4B3CE" w14:textId="77777777" w:rsidR="009C1BB7" w:rsidRDefault="00000000">
            <w:pPr>
              <w:jc w:val="center"/>
            </w:pPr>
            <w:r>
              <w:t>f) 0,625 = ____/1000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C1BB7" w14:paraId="60A36E41" w14:textId="77777777">
        <w:trPr>
          <w:jc w:val="center"/>
        </w:trPr>
        <w:tc>
          <w:tcPr>
            <w:tcW w:w="106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9EAF7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53796DD" w14:textId="77777777" w:rsidR="009C1BB7" w:rsidRDefault="00000000">
            <w:r>
              <w:rPr>
                <w:b/>
                <w:color w:val="1F4E79"/>
              </w:rPr>
              <w:t xml:space="preserve">4. Comparación y </w:t>
            </w:r>
            <w:proofErr w:type="gramStart"/>
            <w:r>
              <w:rPr>
                <w:b/>
                <w:color w:val="1F4E79"/>
              </w:rPr>
              <w:t>orden  (</w:t>
            </w:r>
            <w:proofErr w:type="gramEnd"/>
            <w:r>
              <w:rPr>
                <w:b/>
                <w:color w:val="1F4E79"/>
              </w:rPr>
              <w:t>3 puntos)</w:t>
            </w:r>
          </w:p>
        </w:tc>
      </w:tr>
    </w:tbl>
    <w:p w14:paraId="78C9A8DF" w14:textId="77777777" w:rsidR="009C1BB7" w:rsidRDefault="00000000">
      <w:pPr>
        <w:ind w:left="115"/>
      </w:pPr>
      <w:r>
        <w:t>Escribe &gt;, &lt; o = según corresponda: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9C1BB7" w14:paraId="66564927" w14:textId="77777777">
        <w:trPr>
          <w:jc w:val="center"/>
        </w:trPr>
        <w:tc>
          <w:tcPr>
            <w:tcW w:w="5328" w:type="dxa"/>
          </w:tcPr>
          <w:p w14:paraId="6B607D7A" w14:textId="77777777" w:rsidR="009C1BB7" w:rsidRDefault="00000000">
            <w:pPr>
              <w:jc w:val="center"/>
            </w:pPr>
            <w:r>
              <w:t>a) 5,2 ____ 5,20</w:t>
            </w:r>
          </w:p>
        </w:tc>
        <w:tc>
          <w:tcPr>
            <w:tcW w:w="5328" w:type="dxa"/>
          </w:tcPr>
          <w:p w14:paraId="6FBAA4EF" w14:textId="77777777" w:rsidR="009C1BB7" w:rsidRDefault="00000000">
            <w:pPr>
              <w:jc w:val="center"/>
            </w:pPr>
            <w:r>
              <w:t>b) 3,09 ____ 3,9</w:t>
            </w:r>
          </w:p>
        </w:tc>
      </w:tr>
      <w:tr w:rsidR="009C1BB7" w14:paraId="10F18B34" w14:textId="77777777">
        <w:trPr>
          <w:jc w:val="center"/>
        </w:trPr>
        <w:tc>
          <w:tcPr>
            <w:tcW w:w="5328" w:type="dxa"/>
          </w:tcPr>
          <w:p w14:paraId="17413F67" w14:textId="77777777" w:rsidR="009C1BB7" w:rsidRDefault="00000000">
            <w:pPr>
              <w:jc w:val="center"/>
            </w:pPr>
            <w:r>
              <w:t>c) 0,87 ____ 0,807</w:t>
            </w:r>
          </w:p>
        </w:tc>
        <w:tc>
          <w:tcPr>
            <w:tcW w:w="5328" w:type="dxa"/>
          </w:tcPr>
          <w:p w14:paraId="3D2A0AEA" w14:textId="77777777" w:rsidR="009C1BB7" w:rsidRDefault="00000000">
            <w:pPr>
              <w:jc w:val="center"/>
            </w:pPr>
            <w:r>
              <w:t>d) 12,105 ____ 12,15</w:t>
            </w:r>
          </w:p>
        </w:tc>
      </w:tr>
    </w:tbl>
    <w:p w14:paraId="1D75F55A" w14:textId="77777777" w:rsidR="009C1BB7" w:rsidRDefault="00000000">
      <w:pPr>
        <w:ind w:left="115"/>
      </w:pPr>
      <w:r>
        <w:t>Ordena de menor a mayor: 0,75 – 0,705 – 0,57 – 0,507</w:t>
      </w:r>
    </w:p>
    <w:p w14:paraId="51523EA8" w14:textId="77777777" w:rsidR="009C1BB7" w:rsidRDefault="00000000">
      <w:pPr>
        <w:ind w:left="216"/>
      </w:pPr>
      <w:r>
        <w:t>__________________________________________________________________________________</w:t>
      </w:r>
    </w:p>
    <w:p w14:paraId="5B3A9F60" w14:textId="77777777" w:rsidR="009C1BB7" w:rsidRDefault="00000000">
      <w:r>
        <w:br w:type="page"/>
      </w:r>
    </w:p>
    <w:p w14:paraId="730118BD" w14:textId="77777777" w:rsidR="009C1BB7" w:rsidRDefault="00000000">
      <w:pPr>
        <w:spacing w:after="80"/>
        <w:jc w:val="center"/>
      </w:pPr>
      <w:r>
        <w:rPr>
          <w:b/>
          <w:color w:val="1F4E79"/>
          <w:sz w:val="24"/>
        </w:rPr>
        <w:lastRenderedPageBreak/>
        <w:t xml:space="preserve">TALLER EVALUATIVO </w:t>
      </w:r>
      <w:proofErr w:type="gramStart"/>
      <w:r>
        <w:rPr>
          <w:b/>
          <w:color w:val="1F4E79"/>
          <w:sz w:val="24"/>
        </w:rPr>
        <w:t>N.º</w:t>
      </w:r>
      <w:proofErr w:type="gramEnd"/>
      <w:r>
        <w:rPr>
          <w:b/>
          <w:color w:val="1F4E79"/>
          <w:sz w:val="24"/>
        </w:rPr>
        <w:t xml:space="preserve"> 1 – CONTINUACIÓN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C1BB7" w14:paraId="1ACE960B" w14:textId="77777777">
        <w:trPr>
          <w:jc w:val="center"/>
        </w:trPr>
        <w:tc>
          <w:tcPr>
            <w:tcW w:w="106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9EAF7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C1EF5F6" w14:textId="77777777" w:rsidR="009C1BB7" w:rsidRDefault="00000000">
            <w:r>
              <w:rPr>
                <w:b/>
                <w:color w:val="1F4E79"/>
              </w:rPr>
              <w:t xml:space="preserve">5. Representación </w:t>
            </w:r>
            <w:proofErr w:type="gramStart"/>
            <w:r>
              <w:rPr>
                <w:b/>
                <w:color w:val="1F4E79"/>
              </w:rPr>
              <w:t>gráfica  (</w:t>
            </w:r>
            <w:proofErr w:type="gramEnd"/>
            <w:r>
              <w:rPr>
                <w:b/>
                <w:color w:val="1F4E79"/>
              </w:rPr>
              <w:t>2 puntos)</w:t>
            </w:r>
          </w:p>
        </w:tc>
      </w:tr>
    </w:tbl>
    <w:p w14:paraId="025ED5E7" w14:textId="77777777" w:rsidR="009C1BB7" w:rsidRDefault="00000000">
      <w:pPr>
        <w:jc w:val="center"/>
      </w:pPr>
      <w:r>
        <w:rPr>
          <w:noProof/>
        </w:rPr>
        <w:drawing>
          <wp:inline distT="0" distB="0" distL="0" distR="0" wp14:anchorId="6D80DFB8" wp14:editId="041380FF">
            <wp:extent cx="6537960" cy="332346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jillas_decimales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37960" cy="3323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C1BB7" w14:paraId="4BE0602D" w14:textId="77777777">
        <w:trPr>
          <w:jc w:val="center"/>
        </w:trPr>
        <w:tc>
          <w:tcPr>
            <w:tcW w:w="106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9EAF7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B40B159" w14:textId="77777777" w:rsidR="009C1BB7" w:rsidRDefault="00000000">
            <w:r>
              <w:rPr>
                <w:b/>
                <w:color w:val="1F4E79"/>
              </w:rPr>
              <w:t xml:space="preserve">6. Situación de alimentación </w:t>
            </w:r>
            <w:proofErr w:type="gramStart"/>
            <w:r>
              <w:rPr>
                <w:b/>
                <w:color w:val="1F4E79"/>
              </w:rPr>
              <w:t>saludable  (</w:t>
            </w:r>
            <w:proofErr w:type="gramEnd"/>
            <w:r>
              <w:rPr>
                <w:b/>
                <w:color w:val="1F4E79"/>
              </w:rPr>
              <w:t>3 puntos)</w:t>
            </w:r>
          </w:p>
        </w:tc>
      </w:tr>
    </w:tbl>
    <w:p w14:paraId="79D67BB2" w14:textId="77777777" w:rsidR="009C1BB7" w:rsidRDefault="00000000">
      <w:pPr>
        <w:ind w:left="115"/>
      </w:pPr>
      <w:r>
        <w:t>La lonchera de Sara contiene los siguientes alimentos. Observa sus masas y responde: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9C1BB7" w14:paraId="3614BC34" w14:textId="77777777">
        <w:trPr>
          <w:jc w:val="center"/>
        </w:trPr>
        <w:tc>
          <w:tcPr>
            <w:tcW w:w="5328" w:type="dxa"/>
            <w:shd w:val="clear" w:color="auto" w:fill="D9EAD3"/>
          </w:tcPr>
          <w:p w14:paraId="34545905" w14:textId="77777777" w:rsidR="009C1BB7" w:rsidRDefault="00000000">
            <w:pPr>
              <w:jc w:val="center"/>
            </w:pPr>
            <w:r>
              <w:rPr>
                <w:b/>
              </w:rPr>
              <w:t>Alimento</w:t>
            </w:r>
          </w:p>
        </w:tc>
        <w:tc>
          <w:tcPr>
            <w:tcW w:w="5328" w:type="dxa"/>
            <w:shd w:val="clear" w:color="auto" w:fill="D9EAD3"/>
          </w:tcPr>
          <w:p w14:paraId="22E7EA50" w14:textId="77777777" w:rsidR="009C1BB7" w:rsidRDefault="00000000">
            <w:pPr>
              <w:jc w:val="center"/>
            </w:pPr>
            <w:r>
              <w:rPr>
                <w:b/>
              </w:rPr>
              <w:t>Masa</w:t>
            </w:r>
          </w:p>
        </w:tc>
      </w:tr>
      <w:tr w:rsidR="009C1BB7" w14:paraId="5942F273" w14:textId="77777777">
        <w:trPr>
          <w:jc w:val="center"/>
        </w:trPr>
        <w:tc>
          <w:tcPr>
            <w:tcW w:w="5328" w:type="dxa"/>
          </w:tcPr>
          <w:p w14:paraId="5484F91F" w14:textId="77777777" w:rsidR="009C1BB7" w:rsidRDefault="00000000">
            <w:pPr>
              <w:jc w:val="center"/>
            </w:pPr>
            <w:r>
              <w:t>Yogur</w:t>
            </w:r>
          </w:p>
        </w:tc>
        <w:tc>
          <w:tcPr>
            <w:tcW w:w="5328" w:type="dxa"/>
          </w:tcPr>
          <w:p w14:paraId="0C55F920" w14:textId="77777777" w:rsidR="009C1BB7" w:rsidRDefault="00000000">
            <w:pPr>
              <w:jc w:val="center"/>
            </w:pPr>
            <w:r>
              <w:t>0,125 kg</w:t>
            </w:r>
          </w:p>
        </w:tc>
      </w:tr>
      <w:tr w:rsidR="009C1BB7" w14:paraId="040F6BBA" w14:textId="77777777">
        <w:trPr>
          <w:jc w:val="center"/>
        </w:trPr>
        <w:tc>
          <w:tcPr>
            <w:tcW w:w="5328" w:type="dxa"/>
          </w:tcPr>
          <w:p w14:paraId="785C1DF6" w14:textId="77777777" w:rsidR="009C1BB7" w:rsidRDefault="00000000">
            <w:pPr>
              <w:jc w:val="center"/>
            </w:pPr>
            <w:r>
              <w:t>Manzana</w:t>
            </w:r>
          </w:p>
        </w:tc>
        <w:tc>
          <w:tcPr>
            <w:tcW w:w="5328" w:type="dxa"/>
          </w:tcPr>
          <w:p w14:paraId="00F64DB3" w14:textId="77777777" w:rsidR="009C1BB7" w:rsidRDefault="00000000">
            <w:pPr>
              <w:jc w:val="center"/>
            </w:pPr>
            <w:r>
              <w:t>0,180 kg</w:t>
            </w:r>
          </w:p>
        </w:tc>
      </w:tr>
      <w:tr w:rsidR="009C1BB7" w14:paraId="4470D9C5" w14:textId="77777777">
        <w:trPr>
          <w:jc w:val="center"/>
        </w:trPr>
        <w:tc>
          <w:tcPr>
            <w:tcW w:w="5328" w:type="dxa"/>
          </w:tcPr>
          <w:p w14:paraId="5EA46BAD" w14:textId="77777777" w:rsidR="009C1BB7" w:rsidRDefault="00000000">
            <w:pPr>
              <w:jc w:val="center"/>
            </w:pPr>
            <w:r>
              <w:t>Sándwich</w:t>
            </w:r>
          </w:p>
        </w:tc>
        <w:tc>
          <w:tcPr>
            <w:tcW w:w="5328" w:type="dxa"/>
          </w:tcPr>
          <w:p w14:paraId="64C3BE85" w14:textId="77777777" w:rsidR="009C1BB7" w:rsidRDefault="00000000">
            <w:pPr>
              <w:jc w:val="center"/>
            </w:pPr>
            <w:r>
              <w:t>0,245 kg</w:t>
            </w:r>
          </w:p>
        </w:tc>
      </w:tr>
    </w:tbl>
    <w:p w14:paraId="385F3229" w14:textId="77777777" w:rsidR="009C1BB7" w:rsidRDefault="00000000">
      <w:pPr>
        <w:spacing w:after="20"/>
        <w:ind w:left="115"/>
      </w:pPr>
      <w:r>
        <w:t>a) ¿Cuál alimento tiene mayor masa? ______________________________________________</w:t>
      </w:r>
    </w:p>
    <w:p w14:paraId="37140F55" w14:textId="77777777" w:rsidR="009C1BB7" w:rsidRDefault="00000000">
      <w:pPr>
        <w:spacing w:after="20"/>
        <w:ind w:left="115"/>
      </w:pPr>
      <w:r>
        <w:t>b) Ordena las tres masas de menor a mayor: ________________________________________</w:t>
      </w:r>
    </w:p>
    <w:p w14:paraId="179D11D0" w14:textId="77777777" w:rsidR="009C1BB7" w:rsidRDefault="00000000">
      <w:pPr>
        <w:spacing w:after="20"/>
        <w:ind w:left="115"/>
      </w:pPr>
      <w:r>
        <w:t xml:space="preserve">c) ¿Cuál es la masa </w:t>
      </w:r>
      <w:proofErr w:type="gramStart"/>
      <w:r>
        <w:t>total</w:t>
      </w:r>
      <w:proofErr w:type="gramEnd"/>
      <w:r>
        <w:t xml:space="preserve"> de los tres alimentos? Muestra la operación.</w:t>
      </w:r>
    </w:p>
    <w:p w14:paraId="7FC11B8B" w14:textId="77777777" w:rsidR="009C1BB7" w:rsidRDefault="00000000">
      <w:pPr>
        <w:ind w:left="216"/>
      </w:pPr>
      <w:r>
        <w:t>___________________________________________________________________________</w:t>
      </w:r>
    </w:p>
    <w:p w14:paraId="2E4AB289" w14:textId="77777777" w:rsidR="009C1BB7" w:rsidRDefault="00000000">
      <w:pPr>
        <w:ind w:left="216"/>
      </w:pPr>
      <w:r>
        <w:t>___________________________________________________________________________</w:t>
      </w:r>
    </w:p>
    <w:p w14:paraId="02B0022C" w14:textId="77777777" w:rsidR="009C1BB7" w:rsidRDefault="00000000">
      <w:pPr>
        <w:spacing w:after="20"/>
        <w:ind w:left="115"/>
      </w:pPr>
      <w:r>
        <w:t>d) ¿Cuánto más pesa el sándwich que la manzana? Muestra la operación.</w:t>
      </w:r>
    </w:p>
    <w:p w14:paraId="355001A4" w14:textId="77777777" w:rsidR="009C1BB7" w:rsidRDefault="00000000">
      <w:pPr>
        <w:ind w:left="216"/>
      </w:pPr>
      <w:r>
        <w:t>___________________________________________________________________________</w:t>
      </w:r>
    </w:p>
    <w:p w14:paraId="595BB823" w14:textId="77777777" w:rsidR="009C1BB7" w:rsidRDefault="00000000">
      <w:pPr>
        <w:ind w:left="216"/>
      </w:pPr>
      <w:r>
        <w:t>___________________________________________________________________________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C1BB7" w14:paraId="488204DC" w14:textId="77777777">
        <w:trPr>
          <w:jc w:val="center"/>
        </w:trPr>
        <w:tc>
          <w:tcPr>
            <w:tcW w:w="106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9EAF7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EB3F31A" w14:textId="77777777" w:rsidR="009C1BB7" w:rsidRDefault="00000000">
            <w:r>
              <w:rPr>
                <w:b/>
                <w:color w:val="1F4E79"/>
              </w:rPr>
              <w:t xml:space="preserve">7. </w:t>
            </w:r>
            <w:proofErr w:type="gramStart"/>
            <w:r>
              <w:rPr>
                <w:b/>
                <w:color w:val="1F4E79"/>
              </w:rPr>
              <w:t>Cierre  (</w:t>
            </w:r>
            <w:proofErr w:type="gramEnd"/>
            <w:r>
              <w:rPr>
                <w:b/>
                <w:color w:val="1F4E79"/>
              </w:rPr>
              <w:t>1 puntos)</w:t>
            </w:r>
          </w:p>
        </w:tc>
      </w:tr>
    </w:tbl>
    <w:p w14:paraId="3F0152A6" w14:textId="77777777" w:rsidR="009C1BB7" w:rsidRDefault="00000000">
      <w:pPr>
        <w:ind w:left="115"/>
      </w:pPr>
      <w:r>
        <w:t>Explica en una oración por qué los números decimales son útiles para medir alimentos:</w:t>
      </w:r>
    </w:p>
    <w:p w14:paraId="30CC8545" w14:textId="77777777" w:rsidR="009C1BB7" w:rsidRDefault="00000000">
      <w:pPr>
        <w:ind w:left="216"/>
      </w:pPr>
      <w:r>
        <w:t>__________________________________________________________________________________</w:t>
      </w:r>
    </w:p>
    <w:p w14:paraId="31216F2D" w14:textId="77777777" w:rsidR="009C1BB7" w:rsidRDefault="00000000">
      <w:pPr>
        <w:ind w:left="216"/>
      </w:pPr>
      <w:r>
        <w:t>__________________________________________________________________________________</w:t>
      </w:r>
    </w:p>
    <w:p w14:paraId="6AB2D348" w14:textId="77777777" w:rsidR="009C1BB7" w:rsidRDefault="00000000">
      <w:r>
        <w:br w:type="page"/>
      </w:r>
    </w:p>
    <w:p w14:paraId="69606B5D" w14:textId="77777777" w:rsidR="009C1BB7" w:rsidRDefault="00000000">
      <w:pPr>
        <w:spacing w:after="60"/>
      </w:pPr>
      <w:r>
        <w:rPr>
          <w:b/>
          <w:sz w:val="22"/>
        </w:rPr>
        <w:lastRenderedPageBreak/>
        <w:t xml:space="preserve">Propósito: </w:t>
      </w:r>
      <w:r>
        <w:t>Aplica los números decimales y sus operaciones básicas para resolver problemas relacionados con la estimación y cálculo de medidas adecuadas en una alimentación saludable.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9C1BB7" w14:paraId="07778EBD" w14:textId="77777777">
        <w:trPr>
          <w:jc w:val="center"/>
        </w:trPr>
        <w:tc>
          <w:tcPr>
            <w:tcW w:w="5328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3303B271" w14:textId="77777777" w:rsidR="009C1BB7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B486085" wp14:editId="22ABBCC3">
                  <wp:extent cx="960120" cy="89208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colegio_campestre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89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8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2FE162DB" w14:textId="77777777" w:rsidR="009C1BB7" w:rsidRDefault="00000000">
            <w:pPr>
              <w:jc w:val="center"/>
            </w:pPr>
            <w:r>
              <w:rPr>
                <w:b/>
                <w:color w:val="1B5E20"/>
                <w:sz w:val="23"/>
              </w:rPr>
              <w:t>Matemáticas 2026 – III Periodo</w:t>
            </w:r>
          </w:p>
          <w:p w14:paraId="749A422C" w14:textId="77777777" w:rsidR="009C1BB7" w:rsidRDefault="00000000">
            <w:pPr>
              <w:spacing w:after="20"/>
            </w:pPr>
            <w:r>
              <w:rPr>
                <w:b/>
              </w:rPr>
              <w:t xml:space="preserve">Nombre:  </w:t>
            </w:r>
            <w:r>
              <w:t>________________________________________________________</w:t>
            </w:r>
          </w:p>
          <w:p w14:paraId="5CE99149" w14:textId="77777777" w:rsidR="009C1BB7" w:rsidRDefault="00000000">
            <w:pPr>
              <w:spacing w:after="20"/>
            </w:pPr>
            <w:r>
              <w:rPr>
                <w:b/>
              </w:rPr>
              <w:t xml:space="preserve">Curso:  </w:t>
            </w:r>
            <w:r>
              <w:t>Quinto                         Fecha: __________________________</w:t>
            </w:r>
          </w:p>
        </w:tc>
      </w:tr>
    </w:tbl>
    <w:p w14:paraId="10ABADBF" w14:textId="77777777" w:rsidR="009C1BB7" w:rsidRDefault="00000000">
      <w:pPr>
        <w:spacing w:before="80"/>
        <w:jc w:val="center"/>
      </w:pPr>
      <w:r>
        <w:rPr>
          <w:b/>
          <w:color w:val="1F4E79"/>
          <w:sz w:val="28"/>
        </w:rPr>
        <w:t xml:space="preserve">TALLER EVALUATIVO </w:t>
      </w:r>
      <w:proofErr w:type="gramStart"/>
      <w:r>
        <w:rPr>
          <w:b/>
          <w:color w:val="1F4E79"/>
          <w:sz w:val="28"/>
        </w:rPr>
        <w:t>N.º</w:t>
      </w:r>
      <w:proofErr w:type="gramEnd"/>
      <w:r>
        <w:rPr>
          <w:b/>
          <w:color w:val="1F4E79"/>
          <w:sz w:val="28"/>
        </w:rPr>
        <w:t xml:space="preserve"> 2 – OPERACIONES Y MEDIDAS EN LA ALIMENTACIÓN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44"/>
        <w:gridCol w:w="3744"/>
        <w:gridCol w:w="3744"/>
      </w:tblGrid>
      <w:tr w:rsidR="009C1BB7" w14:paraId="3BC68FFD" w14:textId="77777777">
        <w:trPr>
          <w:jc w:val="center"/>
        </w:trPr>
        <w:tc>
          <w:tcPr>
            <w:tcW w:w="3744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AF2F8"/>
          </w:tcPr>
          <w:p w14:paraId="25353DFF" w14:textId="77777777" w:rsidR="009C1BB7" w:rsidRDefault="00000000">
            <w:pPr>
              <w:jc w:val="center"/>
            </w:pPr>
            <w:r>
              <w:rPr>
                <w:b/>
                <w:sz w:val="19"/>
              </w:rPr>
              <w:t>Tiempo: 45 minutos</w:t>
            </w:r>
          </w:p>
        </w:tc>
        <w:tc>
          <w:tcPr>
            <w:tcW w:w="3744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AF2F8"/>
          </w:tcPr>
          <w:p w14:paraId="06982FAA" w14:textId="77777777" w:rsidR="009C1BB7" w:rsidRDefault="00000000">
            <w:pPr>
              <w:jc w:val="center"/>
            </w:pPr>
            <w:proofErr w:type="gramStart"/>
            <w:r>
              <w:rPr>
                <w:b/>
                <w:sz w:val="19"/>
              </w:rPr>
              <w:t>Puntaje: _</w:t>
            </w:r>
            <w:proofErr w:type="gramEnd"/>
            <w:r>
              <w:rPr>
                <w:b/>
                <w:sz w:val="19"/>
              </w:rPr>
              <w:t>_____ / 20</w:t>
            </w:r>
          </w:p>
        </w:tc>
        <w:tc>
          <w:tcPr>
            <w:tcW w:w="3744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EAF2F8"/>
          </w:tcPr>
          <w:p w14:paraId="17693FF0" w14:textId="77777777" w:rsidR="009C1BB7" w:rsidRDefault="00000000">
            <w:pPr>
              <w:jc w:val="center"/>
            </w:pPr>
            <w:r>
              <w:rPr>
                <w:b/>
                <w:sz w:val="19"/>
              </w:rPr>
              <w:t>Valoración: __________</w:t>
            </w:r>
          </w:p>
        </w:tc>
      </w:tr>
    </w:tbl>
    <w:p w14:paraId="4B8EA06C" w14:textId="77777777" w:rsidR="009C1BB7" w:rsidRDefault="00000000">
      <w:pPr>
        <w:spacing w:before="60" w:after="60"/>
      </w:pPr>
      <w:r>
        <w:rPr>
          <w:b/>
        </w:rPr>
        <w:t xml:space="preserve">Instrucciones: </w:t>
      </w:r>
      <w:r>
        <w:t>Lee cuidadosamente, muestra los procedimientos cuando sea necesario y revisa tus respuestas antes de entregar.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C1BB7" w14:paraId="41168635" w14:textId="77777777">
        <w:trPr>
          <w:jc w:val="center"/>
        </w:trPr>
        <w:tc>
          <w:tcPr>
            <w:tcW w:w="106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9EAF7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9AD1BF6" w14:textId="77777777" w:rsidR="009C1BB7" w:rsidRDefault="00000000">
            <w:r>
              <w:rPr>
                <w:b/>
                <w:color w:val="1F4E79"/>
              </w:rPr>
              <w:t xml:space="preserve">1. Resuelve las </w:t>
            </w:r>
            <w:proofErr w:type="gramStart"/>
            <w:r>
              <w:rPr>
                <w:b/>
                <w:color w:val="1F4E79"/>
              </w:rPr>
              <w:t>operaciones  (</w:t>
            </w:r>
            <w:proofErr w:type="gramEnd"/>
            <w:r>
              <w:rPr>
                <w:b/>
                <w:color w:val="1F4E79"/>
              </w:rPr>
              <w:t>6 puntos)</w:t>
            </w:r>
          </w:p>
        </w:tc>
      </w:tr>
    </w:tbl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9C1BB7" w14:paraId="4E2642A2" w14:textId="77777777">
        <w:trPr>
          <w:jc w:val="center"/>
        </w:trPr>
        <w:tc>
          <w:tcPr>
            <w:tcW w:w="5328" w:type="dxa"/>
            <w:tcMar>
              <w:top w:w="90" w:type="dxa"/>
              <w:left w:w="90" w:type="dxa"/>
              <w:bottom w:w="260" w:type="dxa"/>
              <w:right w:w="90" w:type="dxa"/>
            </w:tcMar>
          </w:tcPr>
          <w:p w14:paraId="182770EE" w14:textId="77777777" w:rsidR="009C1BB7" w:rsidRDefault="00000000">
            <w:r>
              <w:rPr>
                <w:b/>
              </w:rPr>
              <w:t>a) 3,45 + 1,8 =</w:t>
            </w:r>
          </w:p>
        </w:tc>
        <w:tc>
          <w:tcPr>
            <w:tcW w:w="5328" w:type="dxa"/>
            <w:tcMar>
              <w:top w:w="90" w:type="dxa"/>
              <w:left w:w="90" w:type="dxa"/>
              <w:bottom w:w="260" w:type="dxa"/>
              <w:right w:w="90" w:type="dxa"/>
            </w:tcMar>
          </w:tcPr>
          <w:p w14:paraId="3C240D7D" w14:textId="77777777" w:rsidR="009C1BB7" w:rsidRDefault="00000000">
            <w:r>
              <w:rPr>
                <w:b/>
              </w:rPr>
              <w:t>b) 7,2 − 2,65 =</w:t>
            </w:r>
          </w:p>
        </w:tc>
      </w:tr>
      <w:tr w:rsidR="009C1BB7" w14:paraId="499A336C" w14:textId="77777777">
        <w:trPr>
          <w:jc w:val="center"/>
        </w:trPr>
        <w:tc>
          <w:tcPr>
            <w:tcW w:w="5328" w:type="dxa"/>
            <w:tcMar>
              <w:top w:w="90" w:type="dxa"/>
              <w:left w:w="90" w:type="dxa"/>
              <w:bottom w:w="260" w:type="dxa"/>
              <w:right w:w="90" w:type="dxa"/>
            </w:tcMar>
          </w:tcPr>
          <w:p w14:paraId="2CD732F8" w14:textId="77777777" w:rsidR="009C1BB7" w:rsidRDefault="00000000">
            <w:r>
              <w:rPr>
                <w:b/>
              </w:rPr>
              <w:t>c) 0,75 + 2,08 + 1,4 =</w:t>
            </w:r>
          </w:p>
        </w:tc>
        <w:tc>
          <w:tcPr>
            <w:tcW w:w="5328" w:type="dxa"/>
            <w:tcMar>
              <w:top w:w="90" w:type="dxa"/>
              <w:left w:w="90" w:type="dxa"/>
              <w:bottom w:w="260" w:type="dxa"/>
              <w:right w:w="90" w:type="dxa"/>
            </w:tcMar>
          </w:tcPr>
          <w:p w14:paraId="56CB2012" w14:textId="77777777" w:rsidR="009C1BB7" w:rsidRDefault="00000000">
            <w:r>
              <w:rPr>
                <w:b/>
              </w:rPr>
              <w:t>d) 5 − 1,375 =</w:t>
            </w:r>
          </w:p>
        </w:tc>
      </w:tr>
      <w:tr w:rsidR="009C1BB7" w14:paraId="0ED4548F" w14:textId="77777777">
        <w:trPr>
          <w:jc w:val="center"/>
        </w:trPr>
        <w:tc>
          <w:tcPr>
            <w:tcW w:w="5328" w:type="dxa"/>
            <w:tcMar>
              <w:top w:w="90" w:type="dxa"/>
              <w:left w:w="90" w:type="dxa"/>
              <w:bottom w:w="260" w:type="dxa"/>
              <w:right w:w="90" w:type="dxa"/>
            </w:tcMar>
          </w:tcPr>
          <w:p w14:paraId="3BB38AC1" w14:textId="77777777" w:rsidR="009C1BB7" w:rsidRDefault="00000000">
            <w:r>
              <w:rPr>
                <w:b/>
              </w:rPr>
              <w:t>e) 0,25 × 4 =</w:t>
            </w:r>
          </w:p>
        </w:tc>
        <w:tc>
          <w:tcPr>
            <w:tcW w:w="5328" w:type="dxa"/>
            <w:tcMar>
              <w:top w:w="90" w:type="dxa"/>
              <w:left w:w="90" w:type="dxa"/>
              <w:bottom w:w="260" w:type="dxa"/>
              <w:right w:w="90" w:type="dxa"/>
            </w:tcMar>
          </w:tcPr>
          <w:p w14:paraId="71DEE3C1" w14:textId="77777777" w:rsidR="009C1BB7" w:rsidRDefault="00000000">
            <w:r>
              <w:rPr>
                <w:b/>
              </w:rPr>
              <w:t>f) 1,2 ÷ 4 =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C1BB7" w14:paraId="1A2E97C1" w14:textId="77777777">
        <w:trPr>
          <w:jc w:val="center"/>
        </w:trPr>
        <w:tc>
          <w:tcPr>
            <w:tcW w:w="106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9EAF7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2BCA5BB" w14:textId="77777777" w:rsidR="009C1BB7" w:rsidRDefault="00000000">
            <w:r>
              <w:rPr>
                <w:b/>
                <w:color w:val="1F4E79"/>
              </w:rPr>
              <w:t xml:space="preserve">2. Un desayuno </w:t>
            </w:r>
            <w:proofErr w:type="gramStart"/>
            <w:r>
              <w:rPr>
                <w:b/>
                <w:color w:val="1F4E79"/>
              </w:rPr>
              <w:t>saludable  (</w:t>
            </w:r>
            <w:proofErr w:type="gramEnd"/>
            <w:r>
              <w:rPr>
                <w:b/>
                <w:color w:val="1F4E79"/>
              </w:rPr>
              <w:t>4 puntos)</w:t>
            </w:r>
          </w:p>
        </w:tc>
      </w:tr>
    </w:tbl>
    <w:p w14:paraId="08809006" w14:textId="77777777" w:rsidR="009C1BB7" w:rsidRDefault="00000000">
      <w:pPr>
        <w:ind w:left="115"/>
      </w:pPr>
      <w:r>
        <w:t>Para preparar un desayuno se usan las siguientes cantidades: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9C1BB7" w14:paraId="6C9D2EF9" w14:textId="77777777">
        <w:trPr>
          <w:jc w:val="center"/>
        </w:trPr>
        <w:tc>
          <w:tcPr>
            <w:tcW w:w="5328" w:type="dxa"/>
            <w:shd w:val="clear" w:color="auto" w:fill="D9EAD3"/>
          </w:tcPr>
          <w:p w14:paraId="4721F68B" w14:textId="77777777" w:rsidR="009C1BB7" w:rsidRDefault="00000000">
            <w:pPr>
              <w:jc w:val="center"/>
            </w:pPr>
            <w:r>
              <w:rPr>
                <w:b/>
              </w:rPr>
              <w:t>Alimento</w:t>
            </w:r>
          </w:p>
        </w:tc>
        <w:tc>
          <w:tcPr>
            <w:tcW w:w="5328" w:type="dxa"/>
            <w:shd w:val="clear" w:color="auto" w:fill="D9EAD3"/>
          </w:tcPr>
          <w:p w14:paraId="7CFC0D75" w14:textId="77777777" w:rsidR="009C1BB7" w:rsidRDefault="00000000">
            <w:pPr>
              <w:jc w:val="center"/>
            </w:pPr>
            <w:r>
              <w:rPr>
                <w:b/>
              </w:rPr>
              <w:t>Cantidad</w:t>
            </w:r>
          </w:p>
        </w:tc>
      </w:tr>
      <w:tr w:rsidR="009C1BB7" w14:paraId="2A86E335" w14:textId="77777777">
        <w:trPr>
          <w:jc w:val="center"/>
        </w:trPr>
        <w:tc>
          <w:tcPr>
            <w:tcW w:w="5328" w:type="dxa"/>
          </w:tcPr>
          <w:p w14:paraId="651FEED5" w14:textId="77777777" w:rsidR="009C1BB7" w:rsidRDefault="00000000">
            <w:pPr>
              <w:jc w:val="center"/>
            </w:pPr>
            <w:r>
              <w:t>Leche</w:t>
            </w:r>
          </w:p>
        </w:tc>
        <w:tc>
          <w:tcPr>
            <w:tcW w:w="5328" w:type="dxa"/>
          </w:tcPr>
          <w:p w14:paraId="151A3C45" w14:textId="77777777" w:rsidR="009C1BB7" w:rsidRDefault="00000000">
            <w:pPr>
              <w:jc w:val="center"/>
            </w:pPr>
            <w:r>
              <w:t>0,25 L</w:t>
            </w:r>
          </w:p>
        </w:tc>
      </w:tr>
      <w:tr w:rsidR="009C1BB7" w14:paraId="085DF696" w14:textId="77777777">
        <w:trPr>
          <w:jc w:val="center"/>
        </w:trPr>
        <w:tc>
          <w:tcPr>
            <w:tcW w:w="5328" w:type="dxa"/>
          </w:tcPr>
          <w:p w14:paraId="13C72E51" w14:textId="77777777" w:rsidR="009C1BB7" w:rsidRDefault="00000000">
            <w:pPr>
              <w:jc w:val="center"/>
            </w:pPr>
            <w:r>
              <w:t>Avena</w:t>
            </w:r>
          </w:p>
        </w:tc>
        <w:tc>
          <w:tcPr>
            <w:tcW w:w="5328" w:type="dxa"/>
          </w:tcPr>
          <w:p w14:paraId="5B488688" w14:textId="77777777" w:rsidR="009C1BB7" w:rsidRDefault="00000000">
            <w:pPr>
              <w:jc w:val="center"/>
            </w:pPr>
            <w:r>
              <w:t>0,08 kg</w:t>
            </w:r>
          </w:p>
        </w:tc>
      </w:tr>
      <w:tr w:rsidR="009C1BB7" w14:paraId="5C38C5EC" w14:textId="77777777">
        <w:trPr>
          <w:jc w:val="center"/>
        </w:trPr>
        <w:tc>
          <w:tcPr>
            <w:tcW w:w="5328" w:type="dxa"/>
          </w:tcPr>
          <w:p w14:paraId="17C9908B" w14:textId="77777777" w:rsidR="009C1BB7" w:rsidRDefault="00000000">
            <w:pPr>
              <w:jc w:val="center"/>
            </w:pPr>
            <w:r>
              <w:t>Fruta</w:t>
            </w:r>
          </w:p>
        </w:tc>
        <w:tc>
          <w:tcPr>
            <w:tcW w:w="5328" w:type="dxa"/>
          </w:tcPr>
          <w:p w14:paraId="2ABAD2E1" w14:textId="77777777" w:rsidR="009C1BB7" w:rsidRDefault="00000000">
            <w:pPr>
              <w:jc w:val="center"/>
            </w:pPr>
            <w:r>
              <w:t>0,15 kg</w:t>
            </w:r>
          </w:p>
        </w:tc>
      </w:tr>
    </w:tbl>
    <w:p w14:paraId="090DD3D1" w14:textId="77777777" w:rsidR="009C1BB7" w:rsidRDefault="00000000">
      <w:pPr>
        <w:ind w:left="115"/>
      </w:pPr>
      <w:r>
        <w:t>a) ¿Cuántos kilogramos suman la avena y la fruta?</w:t>
      </w:r>
    </w:p>
    <w:p w14:paraId="7283ADAC" w14:textId="77777777" w:rsidR="009C1BB7" w:rsidRDefault="00000000">
      <w:pPr>
        <w:ind w:left="216"/>
      </w:pPr>
      <w:r>
        <w:t>______________________________________________________________________________</w:t>
      </w:r>
    </w:p>
    <w:p w14:paraId="40AA9AE4" w14:textId="77777777" w:rsidR="009C1BB7" w:rsidRDefault="00000000">
      <w:pPr>
        <w:ind w:left="115"/>
      </w:pPr>
      <w:r>
        <w:t>b) ¿Cuánto más pesa la fruta que la avena?</w:t>
      </w:r>
    </w:p>
    <w:p w14:paraId="6C04FCF5" w14:textId="77777777" w:rsidR="009C1BB7" w:rsidRDefault="00000000">
      <w:pPr>
        <w:ind w:left="216"/>
      </w:pPr>
      <w:r>
        <w:t>______________________________________________________________________________</w:t>
      </w:r>
    </w:p>
    <w:p w14:paraId="166944EF" w14:textId="77777777" w:rsidR="009C1BB7" w:rsidRDefault="00000000">
      <w:pPr>
        <w:ind w:left="115"/>
      </w:pPr>
      <w:r>
        <w:t>c) Si se preparan 4 desayunos, ¿cuántos litros de leche se necesitan?</w:t>
      </w:r>
    </w:p>
    <w:p w14:paraId="5F863719" w14:textId="77777777" w:rsidR="009C1BB7" w:rsidRDefault="00000000">
      <w:pPr>
        <w:ind w:left="216"/>
      </w:pPr>
      <w:r>
        <w:t>______________________________________________________________________________</w:t>
      </w:r>
    </w:p>
    <w:p w14:paraId="3AFCB5B7" w14:textId="77777777" w:rsidR="009C1BB7" w:rsidRDefault="00000000">
      <w:pPr>
        <w:ind w:left="115"/>
      </w:pPr>
      <w:r>
        <w:t>d) Escribe cuál de las cantidades es la menor.</w:t>
      </w:r>
    </w:p>
    <w:p w14:paraId="0BD3FC15" w14:textId="77777777" w:rsidR="009C1BB7" w:rsidRDefault="00000000">
      <w:pPr>
        <w:ind w:left="216"/>
      </w:pPr>
      <w:r>
        <w:t>______________________________________________________________________________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C1BB7" w14:paraId="1BA1CAA9" w14:textId="77777777">
        <w:trPr>
          <w:jc w:val="center"/>
        </w:trPr>
        <w:tc>
          <w:tcPr>
            <w:tcW w:w="106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9EAF7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E7A79DC" w14:textId="77777777" w:rsidR="009C1BB7" w:rsidRDefault="00000000">
            <w:r>
              <w:rPr>
                <w:b/>
                <w:color w:val="1F4E79"/>
              </w:rPr>
              <w:t xml:space="preserve">3. Estima y luego </w:t>
            </w:r>
            <w:proofErr w:type="gramStart"/>
            <w:r>
              <w:rPr>
                <w:b/>
                <w:color w:val="1F4E79"/>
              </w:rPr>
              <w:t>calcula  (</w:t>
            </w:r>
            <w:proofErr w:type="gramEnd"/>
            <w:r>
              <w:rPr>
                <w:b/>
                <w:color w:val="1F4E79"/>
              </w:rPr>
              <w:t>4 puntos)</w:t>
            </w:r>
          </w:p>
        </w:tc>
      </w:tr>
    </w:tbl>
    <w:p w14:paraId="28E871CA" w14:textId="77777777" w:rsidR="009C1BB7" w:rsidRDefault="00000000">
      <w:pPr>
        <w:ind w:left="115"/>
      </w:pPr>
      <w:r>
        <w:t>Una familia compró 2,5 kg de frutas. Durante la semana consumió 0,75 kg y después 0,65 kg.</w:t>
      </w:r>
    </w:p>
    <w:p w14:paraId="7862154A" w14:textId="77777777" w:rsidR="009C1BB7" w:rsidRDefault="00000000">
      <w:pPr>
        <w:ind w:left="115"/>
      </w:pPr>
      <w:r>
        <w:t>a) Estimación: aproximadamente, ¿cuántos kilogramos quedaron? ___________________</w:t>
      </w:r>
    </w:p>
    <w:p w14:paraId="65D7BFF3" w14:textId="77777777" w:rsidR="009C1BB7" w:rsidRDefault="00000000">
      <w:pPr>
        <w:ind w:left="115"/>
      </w:pPr>
      <w:r>
        <w:t>b) Cálculo exacto: ¿cuántos kilogramos quedaron?</w:t>
      </w:r>
    </w:p>
    <w:p w14:paraId="20EBC816" w14:textId="77777777" w:rsidR="009C1BB7" w:rsidRDefault="00000000">
      <w:pPr>
        <w:ind w:left="216"/>
      </w:pPr>
      <w:r>
        <w:t>______________________________________________________________________________</w:t>
      </w:r>
    </w:p>
    <w:p w14:paraId="1067C2AC" w14:textId="77777777" w:rsidR="009C1BB7" w:rsidRDefault="00000000">
      <w:pPr>
        <w:ind w:left="216"/>
      </w:pPr>
      <w:r>
        <w:t>______________________________________________________________________________</w:t>
      </w:r>
    </w:p>
    <w:p w14:paraId="77A3E951" w14:textId="77777777" w:rsidR="009C1BB7" w:rsidRDefault="00000000">
      <w:pPr>
        <w:ind w:left="216"/>
      </w:pPr>
      <w:r>
        <w:t>______________________________________________________________________________</w:t>
      </w:r>
    </w:p>
    <w:p w14:paraId="663AC867" w14:textId="77777777" w:rsidR="009C1BB7" w:rsidRDefault="00000000">
      <w:pPr>
        <w:ind w:left="115"/>
      </w:pPr>
      <w:r>
        <w:t>c) ¿La respuesta exacta es cercana a tu estimación?  Sí ____   No ___</w:t>
      </w:r>
      <w:proofErr w:type="gramStart"/>
      <w:r>
        <w:t>_  ¿</w:t>
      </w:r>
      <w:proofErr w:type="gramEnd"/>
      <w:r>
        <w:t>Por qué?</w:t>
      </w:r>
    </w:p>
    <w:p w14:paraId="7826FA8C" w14:textId="77777777" w:rsidR="009C1BB7" w:rsidRDefault="00000000">
      <w:pPr>
        <w:ind w:left="216"/>
      </w:pPr>
      <w:r>
        <w:t>____________________________________________________________________________________</w:t>
      </w:r>
    </w:p>
    <w:p w14:paraId="0A66B29E" w14:textId="153A3EB8" w:rsidR="009C1BB7" w:rsidRDefault="009C1BB7"/>
    <w:p w14:paraId="20DEFE4A" w14:textId="77777777" w:rsidR="009C1BB7" w:rsidRDefault="00000000">
      <w:pPr>
        <w:spacing w:after="80"/>
        <w:jc w:val="center"/>
      </w:pPr>
      <w:r>
        <w:rPr>
          <w:b/>
          <w:color w:val="1F4E79"/>
          <w:sz w:val="24"/>
        </w:rPr>
        <w:t xml:space="preserve">TALLER EVALUATIVO </w:t>
      </w:r>
      <w:proofErr w:type="gramStart"/>
      <w:r>
        <w:rPr>
          <w:b/>
          <w:color w:val="1F4E79"/>
          <w:sz w:val="24"/>
        </w:rPr>
        <w:t>N.º</w:t>
      </w:r>
      <w:proofErr w:type="gramEnd"/>
      <w:r>
        <w:rPr>
          <w:b/>
          <w:color w:val="1F4E79"/>
          <w:sz w:val="24"/>
        </w:rPr>
        <w:t xml:space="preserve"> 2 – CONTINUACIÓN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C1BB7" w14:paraId="6EE5F91D" w14:textId="77777777">
        <w:trPr>
          <w:jc w:val="center"/>
        </w:trPr>
        <w:tc>
          <w:tcPr>
            <w:tcW w:w="106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9EAF7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5CE1AC7" w14:textId="77777777" w:rsidR="009C1BB7" w:rsidRDefault="00000000">
            <w:r>
              <w:rPr>
                <w:b/>
                <w:color w:val="1F4E79"/>
              </w:rPr>
              <w:t xml:space="preserve">4. Selecciona una medida </w:t>
            </w:r>
            <w:proofErr w:type="gramStart"/>
            <w:r>
              <w:rPr>
                <w:b/>
                <w:color w:val="1F4E79"/>
              </w:rPr>
              <w:t>razonable  (</w:t>
            </w:r>
            <w:proofErr w:type="gramEnd"/>
            <w:r>
              <w:rPr>
                <w:b/>
                <w:color w:val="1F4E79"/>
              </w:rPr>
              <w:t>3 puntos)</w:t>
            </w:r>
          </w:p>
        </w:tc>
      </w:tr>
    </w:tbl>
    <w:p w14:paraId="0792CFEA" w14:textId="77777777" w:rsidR="009C1BB7" w:rsidRDefault="00000000">
      <w:pPr>
        <w:spacing w:after="100"/>
        <w:ind w:left="115"/>
      </w:pPr>
      <w:r>
        <w:rPr>
          <w:sz w:val="22"/>
        </w:rPr>
        <w:t>a) Un vaso de agua puede contener aproximadamente:   ☐ 0,25 L   ☐ 25 L</w:t>
      </w:r>
    </w:p>
    <w:p w14:paraId="263EF995" w14:textId="77777777" w:rsidR="009C1BB7" w:rsidRDefault="00000000">
      <w:pPr>
        <w:spacing w:after="100"/>
        <w:ind w:left="115"/>
      </w:pPr>
      <w:r>
        <w:rPr>
          <w:sz w:val="22"/>
        </w:rPr>
        <w:t xml:space="preserve">b) Una manzana puede pesar aproximadamente:          ☐ 0,18 </w:t>
      </w:r>
      <w:proofErr w:type="gramStart"/>
      <w:r>
        <w:rPr>
          <w:sz w:val="22"/>
        </w:rPr>
        <w:t>kg  ☐</w:t>
      </w:r>
      <w:proofErr w:type="gramEnd"/>
      <w:r>
        <w:rPr>
          <w:sz w:val="22"/>
        </w:rPr>
        <w:t xml:space="preserve"> 18 kg</w:t>
      </w:r>
    </w:p>
    <w:p w14:paraId="58F99E19" w14:textId="77777777" w:rsidR="009C1BB7" w:rsidRDefault="00000000">
      <w:pPr>
        <w:spacing w:after="100"/>
        <w:ind w:left="115"/>
      </w:pPr>
      <w:r>
        <w:rPr>
          <w:sz w:val="22"/>
        </w:rPr>
        <w:t>c) Una persona puede beber al día aproximadamente:   ☐ 2 L      ☐ 200 L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C1BB7" w14:paraId="6E4DB6B2" w14:textId="77777777">
        <w:trPr>
          <w:jc w:val="center"/>
        </w:trPr>
        <w:tc>
          <w:tcPr>
            <w:tcW w:w="106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9EAF7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B32FE2B" w14:textId="77777777" w:rsidR="009C1BB7" w:rsidRDefault="00000000">
            <w:r>
              <w:rPr>
                <w:b/>
                <w:color w:val="1F4E79"/>
              </w:rPr>
              <w:t xml:space="preserve">5. Interpreta una tabla </w:t>
            </w:r>
            <w:proofErr w:type="gramStart"/>
            <w:r>
              <w:rPr>
                <w:b/>
                <w:color w:val="1F4E79"/>
              </w:rPr>
              <w:t>nutricional  (</w:t>
            </w:r>
            <w:proofErr w:type="gramEnd"/>
            <w:r>
              <w:rPr>
                <w:b/>
                <w:color w:val="1F4E79"/>
              </w:rPr>
              <w:t>3 puntos)</w:t>
            </w:r>
          </w:p>
        </w:tc>
      </w:tr>
    </w:tbl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9C1BB7" w14:paraId="6AC1D78C" w14:textId="77777777">
        <w:trPr>
          <w:jc w:val="center"/>
        </w:trPr>
        <w:tc>
          <w:tcPr>
            <w:tcW w:w="5328" w:type="dxa"/>
            <w:shd w:val="clear" w:color="auto" w:fill="D9EAD3"/>
          </w:tcPr>
          <w:p w14:paraId="3666CD44" w14:textId="77777777" w:rsidR="009C1BB7" w:rsidRDefault="00000000">
            <w:pPr>
              <w:jc w:val="center"/>
            </w:pPr>
            <w:r>
              <w:rPr>
                <w:b/>
              </w:rPr>
              <w:t>Nutriente por porción</w:t>
            </w:r>
          </w:p>
        </w:tc>
        <w:tc>
          <w:tcPr>
            <w:tcW w:w="5328" w:type="dxa"/>
            <w:shd w:val="clear" w:color="auto" w:fill="D9EAD3"/>
          </w:tcPr>
          <w:p w14:paraId="20DD7442" w14:textId="77777777" w:rsidR="009C1BB7" w:rsidRDefault="00000000">
            <w:pPr>
              <w:jc w:val="center"/>
            </w:pPr>
            <w:r>
              <w:rPr>
                <w:b/>
              </w:rPr>
              <w:t>Cantidad</w:t>
            </w:r>
          </w:p>
        </w:tc>
      </w:tr>
      <w:tr w:rsidR="009C1BB7" w14:paraId="0BCE00E8" w14:textId="77777777">
        <w:trPr>
          <w:jc w:val="center"/>
        </w:trPr>
        <w:tc>
          <w:tcPr>
            <w:tcW w:w="5328" w:type="dxa"/>
          </w:tcPr>
          <w:p w14:paraId="29771251" w14:textId="77777777" w:rsidR="009C1BB7" w:rsidRDefault="00000000">
            <w:pPr>
              <w:jc w:val="center"/>
            </w:pPr>
            <w:r>
              <w:t>Proteínas</w:t>
            </w:r>
          </w:p>
        </w:tc>
        <w:tc>
          <w:tcPr>
            <w:tcW w:w="5328" w:type="dxa"/>
          </w:tcPr>
          <w:p w14:paraId="58067BF3" w14:textId="77777777" w:rsidR="009C1BB7" w:rsidRDefault="00000000">
            <w:pPr>
              <w:jc w:val="center"/>
            </w:pPr>
            <w:r>
              <w:t>0,9 g</w:t>
            </w:r>
          </w:p>
        </w:tc>
      </w:tr>
      <w:tr w:rsidR="009C1BB7" w14:paraId="1FB61093" w14:textId="77777777">
        <w:trPr>
          <w:jc w:val="center"/>
        </w:trPr>
        <w:tc>
          <w:tcPr>
            <w:tcW w:w="5328" w:type="dxa"/>
          </w:tcPr>
          <w:p w14:paraId="79057FC5" w14:textId="77777777" w:rsidR="009C1BB7" w:rsidRDefault="00000000">
            <w:pPr>
              <w:jc w:val="center"/>
            </w:pPr>
            <w:r>
              <w:t>Grasas</w:t>
            </w:r>
          </w:p>
        </w:tc>
        <w:tc>
          <w:tcPr>
            <w:tcW w:w="5328" w:type="dxa"/>
          </w:tcPr>
          <w:p w14:paraId="6303B14F" w14:textId="77777777" w:rsidR="009C1BB7" w:rsidRDefault="00000000">
            <w:pPr>
              <w:jc w:val="center"/>
            </w:pPr>
            <w:r>
              <w:t>18,2 g</w:t>
            </w:r>
          </w:p>
        </w:tc>
      </w:tr>
      <w:tr w:rsidR="009C1BB7" w14:paraId="594492CC" w14:textId="77777777">
        <w:trPr>
          <w:jc w:val="center"/>
        </w:trPr>
        <w:tc>
          <w:tcPr>
            <w:tcW w:w="5328" w:type="dxa"/>
          </w:tcPr>
          <w:p w14:paraId="26A687F5" w14:textId="77777777" w:rsidR="009C1BB7" w:rsidRDefault="00000000">
            <w:pPr>
              <w:jc w:val="center"/>
            </w:pPr>
            <w:r>
              <w:t>Carbohidratos</w:t>
            </w:r>
          </w:p>
        </w:tc>
        <w:tc>
          <w:tcPr>
            <w:tcW w:w="5328" w:type="dxa"/>
          </w:tcPr>
          <w:p w14:paraId="5DBA9074" w14:textId="77777777" w:rsidR="009C1BB7" w:rsidRDefault="00000000">
            <w:pPr>
              <w:jc w:val="center"/>
            </w:pPr>
            <w:r>
              <w:t>2,5 g</w:t>
            </w:r>
          </w:p>
        </w:tc>
      </w:tr>
      <w:tr w:rsidR="009C1BB7" w14:paraId="71E191F4" w14:textId="77777777">
        <w:trPr>
          <w:jc w:val="center"/>
        </w:trPr>
        <w:tc>
          <w:tcPr>
            <w:tcW w:w="5328" w:type="dxa"/>
          </w:tcPr>
          <w:p w14:paraId="36C08216" w14:textId="77777777" w:rsidR="009C1BB7" w:rsidRDefault="00000000">
            <w:pPr>
              <w:jc w:val="center"/>
            </w:pPr>
            <w:r>
              <w:t>Azúcares</w:t>
            </w:r>
          </w:p>
        </w:tc>
        <w:tc>
          <w:tcPr>
            <w:tcW w:w="5328" w:type="dxa"/>
          </w:tcPr>
          <w:p w14:paraId="124B6800" w14:textId="77777777" w:rsidR="009C1BB7" w:rsidRDefault="00000000">
            <w:pPr>
              <w:jc w:val="center"/>
            </w:pPr>
            <w:r>
              <w:t>0,6 g</w:t>
            </w:r>
          </w:p>
        </w:tc>
      </w:tr>
    </w:tbl>
    <w:p w14:paraId="75A92231" w14:textId="77777777" w:rsidR="009C1BB7" w:rsidRDefault="00000000">
      <w:pPr>
        <w:ind w:left="115"/>
      </w:pPr>
      <w:r>
        <w:t>a) ¿Cuántos gramos suman las proteínas y las grasas?</w:t>
      </w:r>
    </w:p>
    <w:p w14:paraId="7491A902" w14:textId="77777777" w:rsidR="009C1BB7" w:rsidRDefault="00000000">
      <w:pPr>
        <w:ind w:left="216"/>
      </w:pPr>
      <w:r>
        <w:t>______________________________________________________________________________</w:t>
      </w:r>
    </w:p>
    <w:p w14:paraId="130DB1A2" w14:textId="77777777" w:rsidR="009C1BB7" w:rsidRDefault="00000000">
      <w:pPr>
        <w:ind w:left="115"/>
      </w:pPr>
      <w:r>
        <w:t>b) ¿Cuál es la diferencia entre las grasas y los carbohidratos?</w:t>
      </w:r>
    </w:p>
    <w:p w14:paraId="0F6449BA" w14:textId="77777777" w:rsidR="009C1BB7" w:rsidRDefault="00000000">
      <w:pPr>
        <w:ind w:left="216"/>
      </w:pPr>
      <w:r>
        <w:t>______________________________________________________________________________</w:t>
      </w:r>
    </w:p>
    <w:p w14:paraId="156D2F0D" w14:textId="77777777" w:rsidR="009C1BB7" w:rsidRDefault="00000000">
      <w:pPr>
        <w:ind w:left="216"/>
      </w:pPr>
      <w:r>
        <w:t>______________________________________________________________________________</w:t>
      </w:r>
    </w:p>
    <w:p w14:paraId="18B2CE55" w14:textId="77777777" w:rsidR="009C1BB7" w:rsidRDefault="00000000">
      <w:pPr>
        <w:ind w:left="115"/>
      </w:pPr>
      <w:r>
        <w:t>c) Si se consumen 2 porciones, ¿cuántos gramos de proteínas se consumen?</w:t>
      </w:r>
    </w:p>
    <w:p w14:paraId="1EA246BB" w14:textId="77777777" w:rsidR="009C1BB7" w:rsidRDefault="00000000">
      <w:pPr>
        <w:ind w:left="216"/>
      </w:pPr>
      <w:r>
        <w:t>______________________________________________________________________________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C1BB7" w14:paraId="1D740AC7" w14:textId="77777777">
        <w:trPr>
          <w:jc w:val="center"/>
        </w:trPr>
        <w:tc>
          <w:tcPr>
            <w:tcW w:w="106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D9EAF7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52804215" w14:textId="77777777" w:rsidR="009C1BB7" w:rsidRDefault="00000000">
            <w:r>
              <w:rPr>
                <w:b/>
                <w:color w:val="1F4E79"/>
              </w:rPr>
              <w:t>6. Reto final</w:t>
            </w:r>
          </w:p>
        </w:tc>
      </w:tr>
    </w:tbl>
    <w:p w14:paraId="07CE4465" w14:textId="77777777" w:rsidR="009C1BB7" w:rsidRDefault="00000000">
      <w:pPr>
        <w:ind w:left="115"/>
      </w:pPr>
      <w:r>
        <w:t>Para una actividad se reparten 1,2 L de jugo en 4 vasos iguales. ¿Cuánto jugo recibe cada niño? Escribe la operación y la respuesta con unidad.</w:t>
      </w:r>
    </w:p>
    <w:p w14:paraId="0F2290D7" w14:textId="77777777" w:rsidR="009C1BB7" w:rsidRDefault="00000000">
      <w:pPr>
        <w:ind w:left="216"/>
      </w:pPr>
      <w:r>
        <w:t>_____________________________________________________________________________________</w:t>
      </w:r>
    </w:p>
    <w:p w14:paraId="3C1B39C9" w14:textId="77777777" w:rsidR="009C1BB7" w:rsidRDefault="00000000">
      <w:pPr>
        <w:ind w:left="216"/>
      </w:pPr>
      <w:r>
        <w:t>_____________________________________________________________________________________</w:t>
      </w:r>
    </w:p>
    <w:p w14:paraId="7B8497E7" w14:textId="77777777" w:rsidR="009C1BB7" w:rsidRDefault="00000000">
      <w:pPr>
        <w:ind w:left="216"/>
      </w:pPr>
      <w:r>
        <w:t>_____________________________________________________________________________________</w:t>
      </w:r>
    </w:p>
    <w:p w14:paraId="28C4687D" w14:textId="77777777" w:rsidR="009C1BB7" w:rsidRDefault="00000000">
      <w:pPr>
        <w:ind w:left="216"/>
      </w:pPr>
      <w:r>
        <w:t>_____________________________________________________________________________________</w:t>
      </w:r>
    </w:p>
    <w:p w14:paraId="11E948B9" w14:textId="77777777" w:rsidR="009C1BB7" w:rsidRDefault="00000000">
      <w:r>
        <w:br w:type="page"/>
      </w:r>
    </w:p>
    <w:p w14:paraId="3D97955C" w14:textId="77777777" w:rsidR="009C1BB7" w:rsidRDefault="00000000">
      <w:pPr>
        <w:spacing w:after="60"/>
      </w:pPr>
      <w:r>
        <w:rPr>
          <w:b/>
          <w:sz w:val="22"/>
        </w:rPr>
        <w:lastRenderedPageBreak/>
        <w:t xml:space="preserve">Propósito: </w:t>
      </w:r>
      <w:r>
        <w:t>Aplica los números decimales y sus operaciones básicas para resolver problemas relacionados con la estimación y cálculo de medidas adecuadas en una alimentación saludable.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9C1BB7" w14:paraId="19F84CF5" w14:textId="77777777">
        <w:trPr>
          <w:jc w:val="center"/>
        </w:trPr>
        <w:tc>
          <w:tcPr>
            <w:tcW w:w="5328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7B49AE14" w14:textId="77777777" w:rsidR="009C1BB7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7554CA" wp14:editId="7D429BF3">
                  <wp:extent cx="960120" cy="89208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colegio_campestre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892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8" w:type="dxa"/>
            <w:tcBorders>
              <w:top w:val="single" w:sz="8" w:space="0" w:color="8C8C8C"/>
              <w:left w:val="single" w:sz="8" w:space="0" w:color="8C8C8C"/>
              <w:bottom w:val="single" w:sz="8" w:space="0" w:color="8C8C8C"/>
              <w:right w:val="single" w:sz="8" w:space="0" w:color="8C8C8C"/>
            </w:tcBorders>
            <w:tcMar>
              <w:top w:w="70" w:type="dxa"/>
              <w:left w:w="80" w:type="dxa"/>
              <w:bottom w:w="70" w:type="dxa"/>
              <w:right w:w="80" w:type="dxa"/>
            </w:tcMar>
            <w:vAlign w:val="center"/>
          </w:tcPr>
          <w:p w14:paraId="54A8364B" w14:textId="77777777" w:rsidR="009C1BB7" w:rsidRDefault="00000000">
            <w:pPr>
              <w:jc w:val="center"/>
            </w:pPr>
            <w:r>
              <w:rPr>
                <w:b/>
                <w:color w:val="1B5E20"/>
                <w:sz w:val="23"/>
              </w:rPr>
              <w:t>Matemáticas 2026 – III Periodo</w:t>
            </w:r>
          </w:p>
          <w:p w14:paraId="5437ACFE" w14:textId="77777777" w:rsidR="009C1BB7" w:rsidRDefault="00000000">
            <w:pPr>
              <w:spacing w:after="20"/>
            </w:pPr>
            <w:r>
              <w:rPr>
                <w:b/>
              </w:rPr>
              <w:t xml:space="preserve">Nombre:  </w:t>
            </w:r>
            <w:r>
              <w:t>________________________________________________________</w:t>
            </w:r>
          </w:p>
          <w:p w14:paraId="76F46CA1" w14:textId="77777777" w:rsidR="009C1BB7" w:rsidRDefault="00000000">
            <w:pPr>
              <w:spacing w:after="20"/>
            </w:pPr>
            <w:r>
              <w:rPr>
                <w:b/>
              </w:rPr>
              <w:t xml:space="preserve">Curso:  </w:t>
            </w:r>
            <w:r>
              <w:t>Quinto                         Fecha: __________________________</w:t>
            </w:r>
          </w:p>
        </w:tc>
      </w:tr>
    </w:tbl>
    <w:p w14:paraId="65AD1F34" w14:textId="482D80A8" w:rsidR="009C1BB7" w:rsidRDefault="00000000">
      <w:pPr>
        <w:spacing w:before="80"/>
        <w:jc w:val="center"/>
      </w:pPr>
      <w:r>
        <w:rPr>
          <w:b/>
          <w:color w:val="1F4E79"/>
          <w:sz w:val="27"/>
        </w:rPr>
        <w:t>TALLER EVALUATIVO</w:t>
      </w:r>
      <w:r w:rsidR="001E5174">
        <w:rPr>
          <w:b/>
          <w:color w:val="1F4E79"/>
          <w:sz w:val="27"/>
        </w:rPr>
        <w:t xml:space="preserve"> </w:t>
      </w:r>
      <w:proofErr w:type="gramStart"/>
      <w:r w:rsidR="001E5174">
        <w:rPr>
          <w:b/>
          <w:color w:val="1F4E79"/>
          <w:sz w:val="27"/>
        </w:rPr>
        <w:t>3</w:t>
      </w:r>
      <w:r>
        <w:rPr>
          <w:b/>
          <w:color w:val="1F4E79"/>
          <w:sz w:val="27"/>
        </w:rPr>
        <w:t xml:space="preserve">  –</w:t>
      </w:r>
      <w:proofErr w:type="gramEnd"/>
      <w:r>
        <w:rPr>
          <w:b/>
          <w:color w:val="1F4E79"/>
          <w:sz w:val="27"/>
        </w:rPr>
        <w:t xml:space="preserve"> NÚMEROS DECIMALES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744"/>
        <w:gridCol w:w="3744"/>
        <w:gridCol w:w="3744"/>
      </w:tblGrid>
      <w:tr w:rsidR="009C1BB7" w14:paraId="6067B5E2" w14:textId="77777777">
        <w:trPr>
          <w:jc w:val="center"/>
        </w:trPr>
        <w:tc>
          <w:tcPr>
            <w:tcW w:w="3744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FFF2CC"/>
          </w:tcPr>
          <w:p w14:paraId="3D9303AE" w14:textId="77777777" w:rsidR="009C1BB7" w:rsidRDefault="00000000">
            <w:pPr>
              <w:jc w:val="center"/>
            </w:pPr>
            <w:r>
              <w:rPr>
                <w:b/>
              </w:rPr>
              <w:t>Tiempo: 45 minutos</w:t>
            </w:r>
          </w:p>
        </w:tc>
        <w:tc>
          <w:tcPr>
            <w:tcW w:w="3744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FFF2CC"/>
          </w:tcPr>
          <w:p w14:paraId="4C00F25E" w14:textId="77777777" w:rsidR="009C1BB7" w:rsidRDefault="00000000">
            <w:pPr>
              <w:jc w:val="center"/>
            </w:pPr>
            <w:proofErr w:type="gramStart"/>
            <w:r>
              <w:rPr>
                <w:b/>
              </w:rPr>
              <w:t>Puntaje: _</w:t>
            </w:r>
            <w:proofErr w:type="gramEnd"/>
            <w:r>
              <w:rPr>
                <w:b/>
              </w:rPr>
              <w:t>_____ / 20</w:t>
            </w:r>
          </w:p>
        </w:tc>
        <w:tc>
          <w:tcPr>
            <w:tcW w:w="3744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FFF2CC"/>
          </w:tcPr>
          <w:p w14:paraId="5B5ED6EA" w14:textId="77777777" w:rsidR="009C1BB7" w:rsidRDefault="00000000">
            <w:pPr>
              <w:jc w:val="center"/>
            </w:pPr>
            <w:r>
              <w:rPr>
                <w:b/>
              </w:rPr>
              <w:t>Valoración: __________</w:t>
            </w:r>
          </w:p>
        </w:tc>
      </w:tr>
    </w:tbl>
    <w:p w14:paraId="05B98801" w14:textId="77777777" w:rsidR="009C1BB7" w:rsidRDefault="00000000">
      <w:pPr>
        <w:spacing w:before="60" w:after="60"/>
      </w:pPr>
      <w:r>
        <w:rPr>
          <w:b/>
        </w:rPr>
        <w:t xml:space="preserve">Instrucciones: </w:t>
      </w:r>
      <w:r>
        <w:t>Lee con calma. Resuelve un ejercicio a la vez. Puedes usar los espacios de apoyo y revisar tus respuestas.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C1BB7" w14:paraId="48D6931F" w14:textId="77777777">
        <w:trPr>
          <w:jc w:val="center"/>
        </w:trPr>
        <w:tc>
          <w:tcPr>
            <w:tcW w:w="106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FFF2CC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39A34D3B" w14:textId="77777777" w:rsidR="009C1BB7" w:rsidRDefault="00000000">
            <w:r>
              <w:rPr>
                <w:b/>
                <w:color w:val="1F4E79"/>
                <w:sz w:val="23"/>
              </w:rPr>
              <w:t xml:space="preserve">1. Marca la respuesta </w:t>
            </w:r>
            <w:proofErr w:type="gramStart"/>
            <w:r>
              <w:rPr>
                <w:b/>
                <w:color w:val="1F4E79"/>
                <w:sz w:val="23"/>
              </w:rPr>
              <w:t>correcta  (</w:t>
            </w:r>
            <w:proofErr w:type="gramEnd"/>
            <w:r>
              <w:rPr>
                <w:b/>
                <w:color w:val="1F4E79"/>
                <w:sz w:val="23"/>
              </w:rPr>
              <w:t>4 puntos)</w:t>
            </w:r>
          </w:p>
        </w:tc>
      </w:tr>
    </w:tbl>
    <w:p w14:paraId="6AD6D910" w14:textId="77777777" w:rsidR="009C1BB7" w:rsidRDefault="00000000">
      <w:pPr>
        <w:ind w:left="115"/>
      </w:pPr>
      <w:r>
        <w:rPr>
          <w:sz w:val="24"/>
        </w:rPr>
        <w:t>a) Cinco enteros y dos décimas es:</w:t>
      </w:r>
    </w:p>
    <w:p w14:paraId="4F521B9F" w14:textId="77777777" w:rsidR="009C1BB7" w:rsidRDefault="00000000">
      <w:pPr>
        <w:spacing w:after="100"/>
        <w:ind w:left="115"/>
      </w:pPr>
      <w:r>
        <w:rPr>
          <w:sz w:val="24"/>
        </w:rPr>
        <w:t xml:space="preserve">     ☐ 5,2      ☐ 52      ☐ 0,52</w:t>
      </w:r>
    </w:p>
    <w:p w14:paraId="1BFA7051" w14:textId="77777777" w:rsidR="009C1BB7" w:rsidRDefault="00000000">
      <w:pPr>
        <w:ind w:left="115"/>
      </w:pPr>
      <w:r>
        <w:rPr>
          <w:sz w:val="24"/>
        </w:rPr>
        <w:t>b) Ocho décimas es:</w:t>
      </w:r>
    </w:p>
    <w:p w14:paraId="71B386D3" w14:textId="77777777" w:rsidR="009C1BB7" w:rsidRDefault="00000000">
      <w:pPr>
        <w:spacing w:after="100"/>
        <w:ind w:left="115"/>
      </w:pPr>
      <w:r>
        <w:rPr>
          <w:sz w:val="24"/>
        </w:rPr>
        <w:t xml:space="preserve">     ☐ 8,0      ☐ 0,8      ☐ 0,08</w:t>
      </w:r>
    </w:p>
    <w:p w14:paraId="0F483DB9" w14:textId="77777777" w:rsidR="009C1BB7" w:rsidRDefault="00000000">
      <w:pPr>
        <w:ind w:left="115"/>
      </w:pPr>
      <w:r>
        <w:rPr>
          <w:sz w:val="24"/>
        </w:rPr>
        <w:t>c) Un entero y veinticinco centésimas es:</w:t>
      </w:r>
    </w:p>
    <w:p w14:paraId="6174996D" w14:textId="77777777" w:rsidR="009C1BB7" w:rsidRDefault="00000000">
      <w:pPr>
        <w:spacing w:after="100"/>
        <w:ind w:left="115"/>
      </w:pPr>
      <w:r>
        <w:rPr>
          <w:sz w:val="24"/>
        </w:rPr>
        <w:t xml:space="preserve">     ☐ 1,25      ☐ 12,5      ☐ 1,025</w:t>
      </w:r>
    </w:p>
    <w:p w14:paraId="512EE5C7" w14:textId="77777777" w:rsidR="009C1BB7" w:rsidRDefault="00000000">
      <w:pPr>
        <w:ind w:left="115"/>
      </w:pPr>
      <w:r>
        <w:rPr>
          <w:sz w:val="24"/>
        </w:rPr>
        <w:t>d) Tres centésimas es:</w:t>
      </w:r>
    </w:p>
    <w:p w14:paraId="0F31F4D0" w14:textId="77777777" w:rsidR="009C1BB7" w:rsidRDefault="00000000">
      <w:pPr>
        <w:spacing w:after="100"/>
        <w:ind w:left="115"/>
      </w:pPr>
      <w:r>
        <w:rPr>
          <w:sz w:val="24"/>
        </w:rPr>
        <w:t xml:space="preserve">     ☐ 0,3      ☐ 0,03      ☐ 3,0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C1BB7" w14:paraId="5985FC04" w14:textId="77777777">
        <w:trPr>
          <w:jc w:val="center"/>
        </w:trPr>
        <w:tc>
          <w:tcPr>
            <w:tcW w:w="106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FFF2CC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0A898A29" w14:textId="77777777" w:rsidR="009C1BB7" w:rsidRDefault="00000000">
            <w:r>
              <w:rPr>
                <w:b/>
                <w:color w:val="1F4E79"/>
                <w:sz w:val="23"/>
              </w:rPr>
              <w:t xml:space="preserve">2. </w:t>
            </w:r>
            <w:proofErr w:type="gramStart"/>
            <w:r>
              <w:rPr>
                <w:b/>
                <w:color w:val="1F4E79"/>
                <w:sz w:val="23"/>
              </w:rPr>
              <w:t>Completa  (</w:t>
            </w:r>
            <w:proofErr w:type="gramEnd"/>
            <w:r>
              <w:rPr>
                <w:b/>
                <w:color w:val="1F4E79"/>
                <w:sz w:val="23"/>
              </w:rPr>
              <w:t>4 puntos)</w:t>
            </w:r>
          </w:p>
        </w:tc>
      </w:tr>
    </w:tbl>
    <w:p w14:paraId="04221D58" w14:textId="77777777" w:rsidR="009C1BB7" w:rsidRDefault="00000000">
      <w:pPr>
        <w:spacing w:after="120"/>
        <w:ind w:left="115"/>
      </w:pPr>
      <w:r>
        <w:rPr>
          <w:sz w:val="24"/>
        </w:rPr>
        <w:t xml:space="preserve">a) 4/10 </w:t>
      </w:r>
      <w:proofErr w:type="gramStart"/>
      <w:r>
        <w:rPr>
          <w:sz w:val="24"/>
        </w:rPr>
        <w:t>= __</w:t>
      </w:r>
      <w:proofErr w:type="gramEnd"/>
      <w:r>
        <w:rPr>
          <w:sz w:val="24"/>
        </w:rPr>
        <w:t>________</w:t>
      </w:r>
    </w:p>
    <w:p w14:paraId="2BCC5E0F" w14:textId="77777777" w:rsidR="009C1BB7" w:rsidRDefault="00000000">
      <w:pPr>
        <w:spacing w:after="120"/>
        <w:ind w:left="115"/>
      </w:pPr>
      <w:r>
        <w:rPr>
          <w:sz w:val="24"/>
        </w:rPr>
        <w:t>b) 25/100 = __________</w:t>
      </w:r>
    </w:p>
    <w:p w14:paraId="5A413BEA" w14:textId="77777777" w:rsidR="009C1BB7" w:rsidRDefault="00000000">
      <w:pPr>
        <w:spacing w:after="120"/>
        <w:ind w:left="115"/>
      </w:pPr>
      <w:r>
        <w:rPr>
          <w:sz w:val="24"/>
        </w:rPr>
        <w:t>c) 0,7 = ______ / 10</w:t>
      </w:r>
    </w:p>
    <w:p w14:paraId="13A47161" w14:textId="77777777" w:rsidR="009C1BB7" w:rsidRDefault="00000000">
      <w:pPr>
        <w:spacing w:after="120"/>
        <w:ind w:left="115"/>
      </w:pPr>
      <w:r>
        <w:rPr>
          <w:sz w:val="24"/>
        </w:rPr>
        <w:t>d) 0,03 = ______ / 100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C1BB7" w14:paraId="20792EEC" w14:textId="77777777">
        <w:trPr>
          <w:jc w:val="center"/>
        </w:trPr>
        <w:tc>
          <w:tcPr>
            <w:tcW w:w="106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FFF2CC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269E42E6" w14:textId="77777777" w:rsidR="009C1BB7" w:rsidRDefault="00000000">
            <w:r>
              <w:rPr>
                <w:b/>
                <w:color w:val="1F4E79"/>
                <w:sz w:val="23"/>
              </w:rPr>
              <w:t xml:space="preserve">3. </w:t>
            </w:r>
            <w:proofErr w:type="gramStart"/>
            <w:r>
              <w:rPr>
                <w:b/>
                <w:color w:val="1F4E79"/>
                <w:sz w:val="23"/>
              </w:rPr>
              <w:t>Compara  (</w:t>
            </w:r>
            <w:proofErr w:type="gramEnd"/>
            <w:r>
              <w:rPr>
                <w:b/>
                <w:color w:val="1F4E79"/>
                <w:sz w:val="23"/>
              </w:rPr>
              <w:t>3 puntos)</w:t>
            </w:r>
          </w:p>
        </w:tc>
      </w:tr>
    </w:tbl>
    <w:p w14:paraId="6409E481" w14:textId="77777777" w:rsidR="009C1BB7" w:rsidRDefault="00000000">
      <w:pPr>
        <w:ind w:left="115"/>
      </w:pPr>
      <w:r>
        <w:rPr>
          <w:sz w:val="24"/>
        </w:rPr>
        <w:t>Escribe &gt;, &lt; o = en cada espacio.</w:t>
      </w:r>
    </w:p>
    <w:p w14:paraId="6A9021B8" w14:textId="77777777" w:rsidR="009C1BB7" w:rsidRDefault="00000000">
      <w:pPr>
        <w:spacing w:after="160"/>
        <w:ind w:left="115"/>
      </w:pPr>
      <w:r>
        <w:rPr>
          <w:sz w:val="26"/>
        </w:rPr>
        <w:t>a) 0,5 ______ 0,8</w:t>
      </w:r>
    </w:p>
    <w:p w14:paraId="366A8F86" w14:textId="77777777" w:rsidR="009C1BB7" w:rsidRDefault="00000000">
      <w:pPr>
        <w:spacing w:after="160"/>
        <w:ind w:left="115"/>
      </w:pPr>
      <w:r>
        <w:rPr>
          <w:sz w:val="26"/>
        </w:rPr>
        <w:t>b) 1,2 ______ 1,20</w:t>
      </w:r>
    </w:p>
    <w:p w14:paraId="3110CEF0" w14:textId="77777777" w:rsidR="009C1BB7" w:rsidRDefault="00000000">
      <w:pPr>
        <w:spacing w:after="160"/>
        <w:ind w:left="115"/>
      </w:pPr>
      <w:r>
        <w:rPr>
          <w:sz w:val="26"/>
        </w:rPr>
        <w:t>c) 2,05 ______ 2,5</w:t>
      </w:r>
    </w:p>
    <w:p w14:paraId="6CDF9D0F" w14:textId="77777777" w:rsidR="009C1BB7" w:rsidRDefault="00000000">
      <w:r>
        <w:br w:type="page"/>
      </w:r>
    </w:p>
    <w:p w14:paraId="59993A6A" w14:textId="3D1E986D" w:rsidR="009C1BB7" w:rsidRDefault="00000000">
      <w:pPr>
        <w:spacing w:after="80"/>
        <w:jc w:val="center"/>
      </w:pPr>
      <w:r>
        <w:rPr>
          <w:b/>
          <w:color w:val="1F4E79"/>
          <w:sz w:val="24"/>
        </w:rPr>
        <w:lastRenderedPageBreak/>
        <w:t xml:space="preserve">TALLER EVALUATIVO </w:t>
      </w:r>
      <w:r w:rsidR="001E5174">
        <w:rPr>
          <w:b/>
          <w:color w:val="1F4E79"/>
          <w:sz w:val="24"/>
        </w:rPr>
        <w:t>3</w:t>
      </w:r>
      <w:r>
        <w:rPr>
          <w:b/>
          <w:color w:val="1F4E79"/>
          <w:sz w:val="24"/>
        </w:rPr>
        <w:t xml:space="preserve"> – CONTINUACIÓN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C1BB7" w14:paraId="792B2BA3" w14:textId="77777777">
        <w:trPr>
          <w:jc w:val="center"/>
        </w:trPr>
        <w:tc>
          <w:tcPr>
            <w:tcW w:w="106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FFF2CC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662D8FC" w14:textId="77777777" w:rsidR="009C1BB7" w:rsidRDefault="00000000">
            <w:r>
              <w:rPr>
                <w:b/>
                <w:color w:val="1F4E79"/>
                <w:sz w:val="23"/>
              </w:rPr>
              <w:t xml:space="preserve">4. Calcula paso a </w:t>
            </w:r>
            <w:proofErr w:type="gramStart"/>
            <w:r>
              <w:rPr>
                <w:b/>
                <w:color w:val="1F4E79"/>
                <w:sz w:val="23"/>
              </w:rPr>
              <w:t>paso  (</w:t>
            </w:r>
            <w:proofErr w:type="gramEnd"/>
            <w:r>
              <w:rPr>
                <w:b/>
                <w:color w:val="1F4E79"/>
                <w:sz w:val="23"/>
              </w:rPr>
              <w:t>4 puntos)</w:t>
            </w:r>
          </w:p>
        </w:tc>
      </w:tr>
    </w:tbl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328"/>
        <w:gridCol w:w="5328"/>
      </w:tblGrid>
      <w:tr w:rsidR="009C1BB7" w14:paraId="74DEEAA0" w14:textId="77777777">
        <w:trPr>
          <w:jc w:val="center"/>
        </w:trPr>
        <w:tc>
          <w:tcPr>
            <w:tcW w:w="5328" w:type="dxa"/>
            <w:tcMar>
              <w:top w:w="100" w:type="dxa"/>
              <w:left w:w="90" w:type="dxa"/>
              <w:bottom w:w="300" w:type="dxa"/>
              <w:right w:w="90" w:type="dxa"/>
            </w:tcMar>
          </w:tcPr>
          <w:p w14:paraId="0836023B" w14:textId="77777777" w:rsidR="009C1BB7" w:rsidRDefault="00000000">
            <w:r>
              <w:rPr>
                <w:b/>
                <w:sz w:val="24"/>
              </w:rPr>
              <w:t>a) 1,2 + 0,5 =</w:t>
            </w:r>
          </w:p>
        </w:tc>
        <w:tc>
          <w:tcPr>
            <w:tcW w:w="5328" w:type="dxa"/>
            <w:tcMar>
              <w:top w:w="100" w:type="dxa"/>
              <w:left w:w="90" w:type="dxa"/>
              <w:bottom w:w="300" w:type="dxa"/>
              <w:right w:w="90" w:type="dxa"/>
            </w:tcMar>
          </w:tcPr>
          <w:p w14:paraId="1B004835" w14:textId="77777777" w:rsidR="009C1BB7" w:rsidRDefault="00000000">
            <w:r>
              <w:rPr>
                <w:b/>
                <w:sz w:val="24"/>
              </w:rPr>
              <w:t>b) 2,5 − 1,0 =</w:t>
            </w:r>
          </w:p>
        </w:tc>
      </w:tr>
      <w:tr w:rsidR="009C1BB7" w14:paraId="548E3407" w14:textId="77777777">
        <w:trPr>
          <w:jc w:val="center"/>
        </w:trPr>
        <w:tc>
          <w:tcPr>
            <w:tcW w:w="5328" w:type="dxa"/>
            <w:tcMar>
              <w:top w:w="100" w:type="dxa"/>
              <w:left w:w="90" w:type="dxa"/>
              <w:bottom w:w="300" w:type="dxa"/>
              <w:right w:w="90" w:type="dxa"/>
            </w:tcMar>
          </w:tcPr>
          <w:p w14:paraId="26DBE002" w14:textId="77777777" w:rsidR="009C1BB7" w:rsidRDefault="00000000">
            <w:r>
              <w:rPr>
                <w:b/>
                <w:sz w:val="24"/>
              </w:rPr>
              <w:t>c) 0,25 + 0,25 =</w:t>
            </w:r>
          </w:p>
        </w:tc>
        <w:tc>
          <w:tcPr>
            <w:tcW w:w="5328" w:type="dxa"/>
            <w:tcMar>
              <w:top w:w="100" w:type="dxa"/>
              <w:left w:w="90" w:type="dxa"/>
              <w:bottom w:w="300" w:type="dxa"/>
              <w:right w:w="90" w:type="dxa"/>
            </w:tcMar>
          </w:tcPr>
          <w:p w14:paraId="5C2D6525" w14:textId="77777777" w:rsidR="009C1BB7" w:rsidRDefault="00000000">
            <w:r>
              <w:rPr>
                <w:b/>
                <w:sz w:val="24"/>
              </w:rPr>
              <w:t>d) 0,5 × 2 =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C1BB7" w14:paraId="2AC16A00" w14:textId="77777777">
        <w:trPr>
          <w:jc w:val="center"/>
        </w:trPr>
        <w:tc>
          <w:tcPr>
            <w:tcW w:w="106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FFF2CC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6E6EC67C" w14:textId="77777777" w:rsidR="009C1BB7" w:rsidRDefault="00000000">
            <w:r>
              <w:rPr>
                <w:b/>
                <w:color w:val="1F4E79"/>
                <w:sz w:val="23"/>
              </w:rPr>
              <w:t xml:space="preserve">5. Resuelve las </w:t>
            </w:r>
            <w:proofErr w:type="gramStart"/>
            <w:r>
              <w:rPr>
                <w:b/>
                <w:color w:val="1F4E79"/>
                <w:sz w:val="23"/>
              </w:rPr>
              <w:t>situaciones  (</w:t>
            </w:r>
            <w:proofErr w:type="gramEnd"/>
            <w:r>
              <w:rPr>
                <w:b/>
                <w:color w:val="1F4E79"/>
                <w:sz w:val="23"/>
              </w:rPr>
              <w:t>4 puntos)</w:t>
            </w:r>
          </w:p>
        </w:tc>
      </w:tr>
    </w:tbl>
    <w:p w14:paraId="590C4BA7" w14:textId="77777777" w:rsidR="009C1BB7" w:rsidRDefault="00000000">
      <w:pPr>
        <w:ind w:left="115"/>
      </w:pPr>
      <w:r>
        <w:rPr>
          <w:sz w:val="24"/>
        </w:rPr>
        <w:t>a) Ana toma 0,5 L de agua en la mañana y 0,5 L en la tarde. ¿Cuánta agua toma en total?</w:t>
      </w:r>
    </w:p>
    <w:p w14:paraId="47BF34B6" w14:textId="77777777" w:rsidR="009C1BB7" w:rsidRDefault="00000000">
      <w:pPr>
        <w:ind w:left="216"/>
      </w:pPr>
      <w:r>
        <w:rPr>
          <w:sz w:val="22"/>
        </w:rPr>
        <w:t>________________________________________________________________________</w:t>
      </w:r>
    </w:p>
    <w:p w14:paraId="0D560B4D" w14:textId="77777777" w:rsidR="009C1BB7" w:rsidRDefault="00000000">
      <w:pPr>
        <w:ind w:left="216"/>
      </w:pPr>
      <w:r>
        <w:rPr>
          <w:sz w:val="22"/>
        </w:rPr>
        <w:t>________________________________________________________________________</w:t>
      </w:r>
    </w:p>
    <w:p w14:paraId="38FC5301" w14:textId="77777777" w:rsidR="009C1BB7" w:rsidRDefault="00000000">
      <w:pPr>
        <w:ind w:left="115"/>
      </w:pPr>
      <w:r>
        <w:rPr>
          <w:sz w:val="24"/>
        </w:rPr>
        <w:t>b) Hay 2,0 kg de fruta. Se usan 0,5 kg. ¿Cuánta fruta queda?</w:t>
      </w:r>
    </w:p>
    <w:p w14:paraId="43091286" w14:textId="77777777" w:rsidR="009C1BB7" w:rsidRDefault="00000000">
      <w:pPr>
        <w:ind w:left="216"/>
      </w:pPr>
      <w:r>
        <w:rPr>
          <w:sz w:val="22"/>
        </w:rPr>
        <w:t>________________________________________________________________________</w:t>
      </w:r>
    </w:p>
    <w:p w14:paraId="4E186B42" w14:textId="77777777" w:rsidR="009C1BB7" w:rsidRDefault="00000000">
      <w:pPr>
        <w:ind w:left="216"/>
      </w:pPr>
      <w:r>
        <w:rPr>
          <w:sz w:val="22"/>
        </w:rPr>
        <w:t>________________________________________________________________________</w:t>
      </w:r>
    </w:p>
    <w:p w14:paraId="19D78EE2" w14:textId="77777777" w:rsidR="009C1BB7" w:rsidRDefault="00000000">
      <w:pPr>
        <w:ind w:left="115"/>
      </w:pPr>
      <w:r>
        <w:rPr>
          <w:sz w:val="24"/>
        </w:rPr>
        <w:t>c) Se reparten 1,0 L de jugo en 4 vasos iguales. Cada vaso recibe 0,25 L. ¿Cuántos vasos se llenan?</w:t>
      </w:r>
    </w:p>
    <w:p w14:paraId="7D9127A6" w14:textId="77777777" w:rsidR="009C1BB7" w:rsidRDefault="00000000">
      <w:pPr>
        <w:ind w:left="216"/>
      </w:pPr>
      <w:r>
        <w:rPr>
          <w:sz w:val="22"/>
        </w:rPr>
        <w:t>________________________________________________________________________</w:t>
      </w:r>
    </w:p>
    <w:p w14:paraId="44AB0A4F" w14:textId="77777777" w:rsidR="009C1BB7" w:rsidRDefault="00000000">
      <w:pPr>
        <w:ind w:left="216"/>
      </w:pPr>
      <w:r>
        <w:rPr>
          <w:sz w:val="22"/>
        </w:rPr>
        <w:t>________________________________________________________________________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C1BB7" w14:paraId="4339D190" w14:textId="77777777">
        <w:trPr>
          <w:jc w:val="center"/>
        </w:trPr>
        <w:tc>
          <w:tcPr>
            <w:tcW w:w="10656" w:type="dxa"/>
            <w:tcBorders>
              <w:top w:val="single" w:sz="6" w:space="0" w:color="7F8C8D"/>
              <w:left w:val="single" w:sz="6" w:space="0" w:color="7F8C8D"/>
              <w:bottom w:val="single" w:sz="6" w:space="0" w:color="7F8C8D"/>
              <w:right w:val="single" w:sz="6" w:space="0" w:color="7F8C8D"/>
            </w:tcBorders>
            <w:shd w:val="clear" w:color="auto" w:fill="FFF2CC"/>
            <w:tcMar>
              <w:top w:w="55" w:type="dxa"/>
              <w:left w:w="90" w:type="dxa"/>
              <w:bottom w:w="55" w:type="dxa"/>
              <w:right w:w="90" w:type="dxa"/>
            </w:tcMar>
          </w:tcPr>
          <w:p w14:paraId="70B74E0A" w14:textId="77777777" w:rsidR="009C1BB7" w:rsidRDefault="00000000">
            <w:r>
              <w:rPr>
                <w:b/>
                <w:color w:val="1F4E79"/>
                <w:sz w:val="23"/>
              </w:rPr>
              <w:t xml:space="preserve">6. Elige una opción </w:t>
            </w:r>
            <w:proofErr w:type="gramStart"/>
            <w:r>
              <w:rPr>
                <w:b/>
                <w:color w:val="1F4E79"/>
                <w:sz w:val="23"/>
              </w:rPr>
              <w:t>saludable  (</w:t>
            </w:r>
            <w:proofErr w:type="gramEnd"/>
            <w:r>
              <w:rPr>
                <w:b/>
                <w:color w:val="1F4E79"/>
                <w:sz w:val="23"/>
              </w:rPr>
              <w:t>1 puntos)</w:t>
            </w:r>
          </w:p>
        </w:tc>
      </w:tr>
    </w:tbl>
    <w:p w14:paraId="1C296BF0" w14:textId="77777777" w:rsidR="009C1BB7" w:rsidRDefault="00000000">
      <w:pPr>
        <w:spacing w:after="100"/>
        <w:ind w:left="115"/>
      </w:pPr>
      <w:r>
        <w:rPr>
          <w:sz w:val="24"/>
        </w:rPr>
        <w:t>Para una lonchera saludable es mejor elegir:   ☐ Fruta y agua   ☐ Solo dulces y gaseosa</w:t>
      </w:r>
    </w:p>
    <w:p w14:paraId="7C1E9BDE" w14:textId="77777777" w:rsidR="009C1BB7" w:rsidRDefault="00000000">
      <w:pPr>
        <w:spacing w:before="160"/>
        <w:jc w:val="center"/>
      </w:pPr>
      <w:proofErr w:type="gramStart"/>
      <w:r>
        <w:rPr>
          <w:b/>
          <w:color w:val="7F6000"/>
          <w:sz w:val="22"/>
        </w:rPr>
        <w:t>Revisa: ¿</w:t>
      </w:r>
      <w:proofErr w:type="gramEnd"/>
      <w:r>
        <w:rPr>
          <w:b/>
          <w:color w:val="7F6000"/>
          <w:sz w:val="22"/>
        </w:rPr>
        <w:t>Escribiste la coma decimal?  Sí ☐     ¿Pusiste la unidad?  Sí ☐</w:t>
      </w:r>
    </w:p>
    <w:p w14:paraId="3D4E9101" w14:textId="59CA5D8B" w:rsidR="009C1BB7" w:rsidRDefault="009C1BB7"/>
    <w:sectPr w:rsidR="009C1BB7" w:rsidSect="00034616">
      <w:footerReference w:type="default" r:id="rId10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3E95D" w14:textId="77777777" w:rsidR="0076637B" w:rsidRDefault="0076637B">
      <w:pPr>
        <w:spacing w:after="0" w:line="240" w:lineRule="auto"/>
      </w:pPr>
      <w:r>
        <w:separator/>
      </w:r>
    </w:p>
  </w:endnote>
  <w:endnote w:type="continuationSeparator" w:id="0">
    <w:p w14:paraId="059FE823" w14:textId="77777777" w:rsidR="0076637B" w:rsidRDefault="00766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F17F" w14:textId="77777777" w:rsidR="009C1BB7" w:rsidRDefault="00000000">
    <w:pPr>
      <w:pStyle w:val="Piedepgina"/>
      <w:jc w:val="center"/>
    </w:pPr>
    <w:r>
      <w:rPr>
        <w:color w:val="666666"/>
        <w:sz w:val="16"/>
      </w:rPr>
      <w:t xml:space="preserve">Colegio Campestre – </w:t>
    </w:r>
    <w:proofErr w:type="spellStart"/>
    <w:r>
      <w:rPr>
        <w:color w:val="666666"/>
        <w:sz w:val="16"/>
      </w:rPr>
      <w:t>Matemáticas</w:t>
    </w:r>
    <w:proofErr w:type="spellEnd"/>
    <w:r>
      <w:rPr>
        <w:color w:val="666666"/>
        <w:sz w:val="16"/>
      </w:rPr>
      <w:t xml:space="preserve"> – Grado quinto – III </w:t>
    </w:r>
    <w:proofErr w:type="spellStart"/>
    <w:r>
      <w:rPr>
        <w:color w:val="666666"/>
        <w:sz w:val="16"/>
      </w:rPr>
      <w:t>Periodo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F461B" w14:textId="77777777" w:rsidR="0076637B" w:rsidRDefault="0076637B">
      <w:pPr>
        <w:spacing w:after="0" w:line="240" w:lineRule="auto"/>
      </w:pPr>
      <w:r>
        <w:separator/>
      </w:r>
    </w:p>
  </w:footnote>
  <w:footnote w:type="continuationSeparator" w:id="0">
    <w:p w14:paraId="1FF0860A" w14:textId="77777777" w:rsidR="0076637B" w:rsidRDefault="007663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19509541">
    <w:abstractNumId w:val="8"/>
  </w:num>
  <w:num w:numId="2" w16cid:durableId="238903258">
    <w:abstractNumId w:val="6"/>
  </w:num>
  <w:num w:numId="3" w16cid:durableId="1605457905">
    <w:abstractNumId w:val="5"/>
  </w:num>
  <w:num w:numId="4" w16cid:durableId="1254972524">
    <w:abstractNumId w:val="4"/>
  </w:num>
  <w:num w:numId="5" w16cid:durableId="76250907">
    <w:abstractNumId w:val="7"/>
  </w:num>
  <w:num w:numId="6" w16cid:durableId="152725416">
    <w:abstractNumId w:val="3"/>
  </w:num>
  <w:num w:numId="7" w16cid:durableId="636958549">
    <w:abstractNumId w:val="2"/>
  </w:num>
  <w:num w:numId="8" w16cid:durableId="245499765">
    <w:abstractNumId w:val="1"/>
  </w:num>
  <w:num w:numId="9" w16cid:durableId="696078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7878"/>
    <w:rsid w:val="0015074B"/>
    <w:rsid w:val="001E5174"/>
    <w:rsid w:val="0029639D"/>
    <w:rsid w:val="00326F90"/>
    <w:rsid w:val="00416AAB"/>
    <w:rsid w:val="0076637B"/>
    <w:rsid w:val="007F4B5B"/>
    <w:rsid w:val="009C1BB7"/>
    <w:rsid w:val="00AA1D8D"/>
    <w:rsid w:val="00B47730"/>
    <w:rsid w:val="00CB0664"/>
    <w:rsid w:val="00F14B4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49337D"/>
  <w14:defaultImageDpi w14:val="300"/>
  <w15:docId w15:val="{954C49B0-6823-408C-BE01-7B9BE13A9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40"/>
    </w:pPr>
    <w:rPr>
      <w:rFonts w:ascii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ectionTitle">
    <w:name w:val="SectionTitle"/>
    <w:pPr>
      <w:spacing w:before="100" w:after="60"/>
    </w:pPr>
    <w:rPr>
      <w:rFonts w:ascii="Arial" w:hAnsi="Arial"/>
      <w:b/>
      <w:color w:val="1F4E79"/>
      <w:sz w:val="23"/>
    </w:rPr>
  </w:style>
  <w:style w:type="paragraph" w:customStyle="1" w:styleId="SmallNote">
    <w:name w:val="SmallNote"/>
    <w:rPr>
      <w:rFonts w:ascii="Arial" w:hAnsi="Arial"/>
      <w:i/>
      <w:color w:val="555555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1372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8903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Pava Gomez Robertson Heyler</cp:lastModifiedBy>
  <cp:revision>5</cp:revision>
  <dcterms:created xsi:type="dcterms:W3CDTF">2013-12-23T23:15:00Z</dcterms:created>
  <dcterms:modified xsi:type="dcterms:W3CDTF">2026-08-19T17:19:00Z</dcterms:modified>
  <cp:category/>
</cp:coreProperties>
</file>