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C43D2" w14:textId="77777777" w:rsidR="004108E1" w:rsidRPr="002D59E4" w:rsidRDefault="00000000">
      <w:pPr>
        <w:spacing w:after="60" w:line="240" w:lineRule="auto"/>
      </w:pPr>
      <w:r w:rsidRPr="002D59E4">
        <w:t>Propósito: Resuelve situaciones sencillas de reparto y agrupación usando la división, relaciona división y multiplicación, e interpreta el cociente y el residuo en contextos cotidianos.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85"/>
        <w:gridCol w:w="5285"/>
      </w:tblGrid>
      <w:tr w:rsidR="004108E1" w:rsidRPr="002D59E4" w14:paraId="49D80B7A" w14:textId="77777777">
        <w:trPr>
          <w:jc w:val="center"/>
        </w:trPr>
        <w:tc>
          <w:tcPr>
            <w:tcW w:w="52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1ED289F6" w14:textId="77777777" w:rsidR="004108E1" w:rsidRPr="002D59E4" w:rsidRDefault="00000000">
            <w:pPr>
              <w:jc w:val="center"/>
            </w:pPr>
            <w:r w:rsidRPr="002D59E4">
              <w:drawing>
                <wp:inline distT="0" distB="0" distL="0" distR="0" wp14:anchorId="1EA37319" wp14:editId="7F8343D2">
                  <wp:extent cx="969264" cy="96926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264" cy="96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0E035E77" w14:textId="77777777" w:rsidR="004108E1" w:rsidRPr="002D59E4" w:rsidRDefault="00000000">
            <w:pPr>
              <w:spacing w:after="100"/>
            </w:pPr>
            <w:r w:rsidRPr="002D59E4">
              <w:rPr>
                <w:sz w:val="22"/>
              </w:rPr>
              <w:t>Taller de Matemáticas 2026</w:t>
            </w:r>
          </w:p>
          <w:p w14:paraId="324BA245" w14:textId="5A4512B3" w:rsidR="004108E1" w:rsidRPr="002D59E4" w:rsidRDefault="00000000">
            <w:pPr>
              <w:spacing w:after="100"/>
            </w:pPr>
            <w:r w:rsidRPr="002D59E4">
              <w:t>Nombre: _____________________________________________</w:t>
            </w:r>
          </w:p>
          <w:p w14:paraId="1A9CFCE5" w14:textId="77777777" w:rsidR="004108E1" w:rsidRPr="002D59E4" w:rsidRDefault="00000000">
            <w:pPr>
              <w:spacing w:after="100"/>
            </w:pPr>
            <w:r w:rsidRPr="002D59E4">
              <w:t>Curso: Tercero</w:t>
            </w:r>
          </w:p>
          <w:p w14:paraId="139EB024" w14:textId="77777777" w:rsidR="004108E1" w:rsidRPr="002D59E4" w:rsidRDefault="00000000">
            <w:pPr>
              <w:spacing w:after="0"/>
            </w:pPr>
            <w:r w:rsidRPr="002D59E4">
              <w:t>Fecha: ____________________________</w:t>
            </w:r>
          </w:p>
        </w:tc>
      </w:tr>
    </w:tbl>
    <w:p w14:paraId="003D1C38" w14:textId="77777777" w:rsidR="004108E1" w:rsidRPr="002D59E4" w:rsidRDefault="00000000">
      <w:pPr>
        <w:spacing w:before="80" w:after="120" w:line="240" w:lineRule="auto"/>
      </w:pPr>
      <w:r w:rsidRPr="002D59E4">
        <w:rPr>
          <w:b/>
        </w:rPr>
        <w:t xml:space="preserve">Instrucciones: </w:t>
      </w:r>
      <w:r w:rsidRPr="002D59E4">
        <w:t>Lee cada situación con atención. Piensa qué significa la información y luego responde. Puedes hacer dibujos o cuentas si lo necesitas.</w:t>
      </w:r>
      <w:r>
        <w:rPr>
          <w:rFonts w:ascii="Arial" w:hAnsi="Arial"/>
          <w:b/>
          <w:sz w:val="18"/>
        </w:rPr>
        <w:t xml:space="preserve">  Total: 20 puntos.</w:t>
      </w:r>
    </w:p>
    <w:p w14:paraId="43703C1A" w14:textId="77777777" w:rsidR="004108E1" w:rsidRPr="002D59E4" w:rsidRDefault="00000000">
      <w:pPr>
        <w:spacing w:after="60" w:line="240" w:lineRule="auto"/>
      </w:pPr>
      <w:r w:rsidRPr="002D59E4">
        <w:t xml:space="preserve">Para una actividad, la profesora tiene </w:t>
      </w:r>
      <w:r w:rsidRPr="002D59E4">
        <w:rPr>
          <w:b/>
        </w:rPr>
        <w:t>24 lápices</w:t>
      </w:r>
      <w:r w:rsidRPr="002D59E4">
        <w:t xml:space="preserve"> y quiere repartirlos por igual entre </w:t>
      </w:r>
      <w:r w:rsidRPr="002D59E4">
        <w:rPr>
          <w:b/>
        </w:rPr>
        <w:t>6 estudiantes</w:t>
      </w:r>
      <w:r w:rsidRPr="002D59E4">
        <w:t>.</w:t>
      </w:r>
    </w:p>
    <w:p w14:paraId="43BE8E48" w14:textId="77777777" w:rsidR="004108E1" w:rsidRPr="002D59E4" w:rsidRDefault="00000000">
      <w:pPr>
        <w:spacing w:before="100" w:after="60" w:line="240" w:lineRule="auto"/>
      </w:pPr>
      <w:r w:rsidRPr="002D59E4">
        <w:rPr>
          <w:b/>
        </w:rPr>
        <w:t xml:space="preserve">1. </w:t>
      </w:r>
      <w:r w:rsidRPr="002D59E4">
        <w:t>¿Cuántos lápices recibe cada estudiante?</w:t>
      </w:r>
      <w:r>
        <w:rPr>
          <w:rFonts w:ascii="Arial" w:hAnsi="Arial"/>
          <w:b/>
          <w:color w:val="505050"/>
          <w:sz w:val="18"/>
        </w:rPr>
        <w:t xml:space="preserve">   (Valor: 3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2"/>
        <w:gridCol w:w="2642"/>
        <w:gridCol w:w="2642"/>
        <w:gridCol w:w="2642"/>
      </w:tblGrid>
      <w:tr w:rsidR="004108E1" w:rsidRPr="002D59E4" w14:paraId="026E65F1" w14:textId="77777777">
        <w:trPr>
          <w:jc w:val="center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00654A69" w14:textId="77777777" w:rsidR="004108E1" w:rsidRPr="002D59E4" w:rsidRDefault="00000000">
            <w:pPr>
              <w:spacing w:after="0"/>
            </w:pPr>
            <w:r w:rsidRPr="002D59E4">
              <w:t>a. 3 lápices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48E440FC" w14:textId="77777777" w:rsidR="004108E1" w:rsidRPr="002D59E4" w:rsidRDefault="00000000">
            <w:pPr>
              <w:spacing w:after="0"/>
            </w:pPr>
            <w:r w:rsidRPr="002D59E4">
              <w:t>b. 4 lápices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779DEF24" w14:textId="77777777" w:rsidR="004108E1" w:rsidRPr="002D59E4" w:rsidRDefault="00000000">
            <w:pPr>
              <w:spacing w:after="0"/>
            </w:pPr>
            <w:r w:rsidRPr="002D59E4">
              <w:t>c. 6 lápices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00EC4060" w14:textId="77777777" w:rsidR="004108E1" w:rsidRPr="002D59E4" w:rsidRDefault="00000000">
            <w:pPr>
              <w:spacing w:after="0"/>
            </w:pPr>
            <w:r w:rsidRPr="002D59E4">
              <w:t>d. 8 lápices</w:t>
            </w:r>
          </w:p>
        </w:tc>
      </w:tr>
    </w:tbl>
    <w:p w14:paraId="60497178" w14:textId="77777777" w:rsidR="004108E1" w:rsidRPr="002D59E4" w:rsidRDefault="00000000">
      <w:pPr>
        <w:spacing w:after="100" w:line="240" w:lineRule="auto"/>
        <w:ind w:left="504"/>
      </w:pPr>
      <w:r w:rsidRPr="002D59E4">
        <w:t>La operación que representa la situación es:  _______________________________</w:t>
      </w:r>
    </w:p>
    <w:p w14:paraId="7C92E04B" w14:textId="77777777" w:rsidR="004108E1" w:rsidRPr="002D59E4" w:rsidRDefault="00000000">
      <w:pPr>
        <w:spacing w:after="60" w:line="240" w:lineRule="auto"/>
      </w:pPr>
      <w:r w:rsidRPr="002D59E4">
        <w:t xml:space="preserve">En una mesa hay </w:t>
      </w:r>
      <w:r w:rsidRPr="002D59E4">
        <w:rPr>
          <w:b/>
        </w:rPr>
        <w:t>32 fichas</w:t>
      </w:r>
      <w:r w:rsidRPr="002D59E4">
        <w:t xml:space="preserve">. Se organizan en </w:t>
      </w:r>
      <w:r w:rsidRPr="002D59E4">
        <w:rPr>
          <w:b/>
        </w:rPr>
        <w:t>4 grupos iguales</w:t>
      </w:r>
      <w:r w:rsidRPr="002D59E4">
        <w:t>.</w:t>
      </w:r>
    </w:p>
    <w:p w14:paraId="29B38AB8" w14:textId="77777777" w:rsidR="004108E1" w:rsidRPr="002D59E4" w:rsidRDefault="00000000">
      <w:pPr>
        <w:spacing w:before="100" w:after="60" w:line="240" w:lineRule="auto"/>
      </w:pPr>
      <w:r w:rsidRPr="002D59E4">
        <w:rPr>
          <w:b/>
        </w:rPr>
        <w:t xml:space="preserve">2. </w:t>
      </w:r>
      <w:r w:rsidRPr="002D59E4">
        <w:t>Completa las operaciones que muestran la relación entre multiplicación y división.</w:t>
      </w:r>
      <w:r>
        <w:rPr>
          <w:rFonts w:ascii="Arial" w:hAnsi="Arial"/>
          <w:b/>
          <w:color w:val="505050"/>
          <w:sz w:val="18"/>
        </w:rPr>
        <w:t xml:space="preserve">   (Valor: 3 puntos)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285"/>
        <w:gridCol w:w="5285"/>
      </w:tblGrid>
      <w:tr w:rsidR="004108E1" w:rsidRPr="002D59E4" w14:paraId="593A3E0B" w14:textId="77777777">
        <w:trPr>
          <w:jc w:val="center"/>
        </w:trPr>
        <w:tc>
          <w:tcPr>
            <w:tcW w:w="5285" w:type="dxa"/>
            <w:shd w:val="clear" w:color="auto" w:fill="EAF4E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DD76DA" w14:textId="77777777" w:rsidR="004108E1" w:rsidRPr="002D59E4" w:rsidRDefault="00000000">
            <w:pPr>
              <w:jc w:val="center"/>
            </w:pPr>
            <w:r w:rsidRPr="002D59E4">
              <w:rPr>
                <w:b/>
              </w:rPr>
              <w:t>32 ÷ 4 = ______</w:t>
            </w:r>
          </w:p>
        </w:tc>
        <w:tc>
          <w:tcPr>
            <w:tcW w:w="5285" w:type="dxa"/>
            <w:shd w:val="clear" w:color="auto" w:fill="EAF4E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258A5F" w14:textId="77777777" w:rsidR="004108E1" w:rsidRPr="002D59E4" w:rsidRDefault="00000000">
            <w:pPr>
              <w:jc w:val="center"/>
            </w:pPr>
            <w:r w:rsidRPr="002D59E4">
              <w:rPr>
                <w:b/>
              </w:rPr>
              <w:t>4 × ______ = 32</w:t>
            </w:r>
          </w:p>
        </w:tc>
      </w:tr>
      <w:tr w:rsidR="004108E1" w:rsidRPr="002D59E4" w14:paraId="352C74C5" w14:textId="77777777">
        <w:trPr>
          <w:jc w:val="center"/>
        </w:trPr>
        <w:tc>
          <w:tcPr>
            <w:tcW w:w="5285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6B1C8A" w14:textId="77777777" w:rsidR="004108E1" w:rsidRPr="002D59E4" w:rsidRDefault="00000000">
            <w:pPr>
              <w:jc w:val="center"/>
            </w:pPr>
            <w:r w:rsidRPr="002D59E4">
              <w:t>Cada grupo tiene ______ fichas.</w:t>
            </w:r>
          </w:p>
        </w:tc>
        <w:tc>
          <w:tcPr>
            <w:tcW w:w="5285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32AD3A" w14:textId="77777777" w:rsidR="004108E1" w:rsidRPr="002D59E4" w:rsidRDefault="00000000">
            <w:pPr>
              <w:jc w:val="center"/>
            </w:pPr>
            <w:r w:rsidRPr="002D59E4">
              <w:t>La multiplicación comprueba la división.</w:t>
            </w:r>
          </w:p>
        </w:tc>
      </w:tr>
    </w:tbl>
    <w:p w14:paraId="05887639" w14:textId="72889B1A" w:rsidR="004108E1" w:rsidRPr="002D59E4" w:rsidRDefault="00000000">
      <w:pPr>
        <w:spacing w:before="100" w:after="60" w:line="240" w:lineRule="auto"/>
      </w:pPr>
      <w:r w:rsidRPr="002D59E4">
        <w:t xml:space="preserve">Samuel tiene </w:t>
      </w:r>
      <w:r w:rsidR="002D59E4" w:rsidRPr="002D59E4">
        <w:rPr>
          <w:b/>
        </w:rPr>
        <w:t>168</w:t>
      </w:r>
      <w:r w:rsidRPr="002D59E4">
        <w:rPr>
          <w:b/>
        </w:rPr>
        <w:t xml:space="preserve"> </w:t>
      </w:r>
      <w:proofErr w:type="spellStart"/>
      <w:r w:rsidRPr="002D59E4">
        <w:rPr>
          <w:b/>
        </w:rPr>
        <w:t>stickers</w:t>
      </w:r>
      <w:proofErr w:type="spellEnd"/>
      <w:r w:rsidRPr="002D59E4">
        <w:t xml:space="preserve"> y arma paquetes de </w:t>
      </w:r>
      <w:r w:rsidR="002D59E4" w:rsidRPr="002D59E4">
        <w:rPr>
          <w:b/>
        </w:rPr>
        <w:t xml:space="preserve">24 </w:t>
      </w:r>
      <w:proofErr w:type="spellStart"/>
      <w:r w:rsidRPr="002D59E4">
        <w:rPr>
          <w:b/>
        </w:rPr>
        <w:t>stickers</w:t>
      </w:r>
      <w:proofErr w:type="spellEnd"/>
      <w:r w:rsidRPr="002D59E4">
        <w:t xml:space="preserve"> cada uno. Para saber cuántos paquetes puede formar, resta </w:t>
      </w:r>
      <w:r w:rsidR="002D59E4" w:rsidRPr="002D59E4">
        <w:t>24</w:t>
      </w:r>
      <w:r w:rsidRPr="002D59E4">
        <w:t xml:space="preserve"> varias veces:</w:t>
      </w:r>
    </w:p>
    <w:p w14:paraId="5F2C1536" w14:textId="4C621A4C" w:rsidR="004108E1" w:rsidRPr="002D59E4" w:rsidRDefault="00000000">
      <w:pPr>
        <w:spacing w:before="100" w:after="60" w:line="240" w:lineRule="auto"/>
      </w:pPr>
      <w:r w:rsidRPr="002D59E4">
        <w:rPr>
          <w:b/>
        </w:rPr>
        <w:t xml:space="preserve">3. </w:t>
      </w:r>
      <w:r w:rsidR="002D59E4" w:rsidRPr="002D59E4">
        <w:t>Realiza</w:t>
      </w:r>
      <w:r w:rsidRPr="002D59E4">
        <w:t xml:space="preserve"> las restas y completa.</w:t>
      </w:r>
      <w:r>
        <w:rPr>
          <w:rFonts w:ascii="Arial" w:hAnsi="Arial"/>
          <w:b/>
          <w:color w:val="505050"/>
          <w:sz w:val="18"/>
        </w:rPr>
        <w:t xml:space="preserve">   (Valor: 4 puntos)</w:t>
      </w:r>
    </w:p>
    <w:p w14:paraId="64125DA9" w14:textId="728112DD" w:rsidR="004108E1" w:rsidRPr="002D59E4" w:rsidRDefault="00000000">
      <w:pPr>
        <w:spacing w:after="60" w:line="240" w:lineRule="auto"/>
        <w:ind w:left="504"/>
      </w:pPr>
      <w:r w:rsidRPr="002D59E4">
        <w:t xml:space="preserve">a. ¿Cuántas veces se restó </w:t>
      </w:r>
      <w:r w:rsidR="002D59E4">
        <w:t>24</w:t>
      </w:r>
      <w:r w:rsidRPr="002D59E4">
        <w:t>? ______ veces</w:t>
      </w:r>
    </w:p>
    <w:p w14:paraId="2F9FFCC2" w14:textId="5AC18E51" w:rsidR="004108E1" w:rsidRPr="002D59E4" w:rsidRDefault="00000000">
      <w:pPr>
        <w:spacing w:after="100" w:line="240" w:lineRule="auto"/>
        <w:ind w:left="504"/>
      </w:pPr>
      <w:r w:rsidRPr="002D59E4">
        <w:t xml:space="preserve">b. Entonces, </w:t>
      </w:r>
      <w:r w:rsidR="002D59E4">
        <w:t>168</w:t>
      </w:r>
      <w:r w:rsidRPr="002D59E4">
        <w:t xml:space="preserve"> ÷ </w:t>
      </w:r>
      <w:r w:rsidR="002D59E4">
        <w:t>24</w:t>
      </w:r>
      <w:r w:rsidRPr="002D59E4">
        <w:t xml:space="preserve"> = ______ y Samuel puede formar ______ paquetes.</w:t>
      </w:r>
    </w:p>
    <w:p w14:paraId="27B05939" w14:textId="4E7D9643" w:rsidR="004108E1" w:rsidRPr="002D59E4" w:rsidRDefault="004108E1">
      <w:pPr>
        <w:spacing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70"/>
      </w:tblGrid>
      <w:tr w:rsidR="004108E1" w:rsidRPr="002D59E4" w14:paraId="5D8028D8" w14:textId="77777777">
        <w:trPr>
          <w:jc w:val="center"/>
        </w:trPr>
        <w:tc>
          <w:tcPr>
            <w:tcW w:w="1057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DEBF7"/>
          </w:tcPr>
          <w:p w14:paraId="335BA2C5" w14:textId="77777777" w:rsidR="004108E1" w:rsidRPr="002D59E4" w:rsidRDefault="00000000">
            <w:r w:rsidRPr="002D59E4">
              <w:rPr>
                <w:b/>
                <w:sz w:val="18"/>
              </w:rPr>
              <w:t xml:space="preserve">Recuerda al leer una división: </w:t>
            </w:r>
            <w:r w:rsidRPr="002D59E4">
              <w:rPr>
                <w:sz w:val="18"/>
              </w:rPr>
              <w:t>el dividendo es la cantidad total, el divisor indica cómo se reparte o agrupa, el cociente es el resultado y el residuo es lo que sobra.</w:t>
            </w:r>
          </w:p>
        </w:tc>
      </w:tr>
    </w:tbl>
    <w:p w14:paraId="18ABD909" w14:textId="77777777" w:rsidR="004108E1" w:rsidRPr="002D59E4" w:rsidRDefault="00000000">
      <w:pPr>
        <w:spacing w:before="80" w:after="60" w:line="240" w:lineRule="auto"/>
      </w:pPr>
      <w:r w:rsidRPr="002D59E4">
        <w:t xml:space="preserve">En una fiesta hay </w:t>
      </w:r>
      <w:r w:rsidRPr="002D59E4">
        <w:rPr>
          <w:b/>
        </w:rPr>
        <w:t>45 dulces</w:t>
      </w:r>
      <w:r w:rsidRPr="002D59E4">
        <w:t xml:space="preserve"> y se colocan </w:t>
      </w:r>
      <w:r w:rsidRPr="002D59E4">
        <w:rPr>
          <w:b/>
        </w:rPr>
        <w:t>9 dulces en cada bolsa</w:t>
      </w:r>
      <w:r w:rsidRPr="002D59E4">
        <w:t>. No sobra ningún dulce.</w:t>
      </w:r>
    </w:p>
    <w:p w14:paraId="13B1FDB2" w14:textId="77777777" w:rsidR="004108E1" w:rsidRPr="002D59E4" w:rsidRDefault="00000000">
      <w:pPr>
        <w:spacing w:before="100" w:after="60" w:line="240" w:lineRule="auto"/>
      </w:pPr>
      <w:r w:rsidRPr="002D59E4">
        <w:rPr>
          <w:b/>
        </w:rPr>
        <w:t xml:space="preserve">4. </w:t>
      </w:r>
      <w:r w:rsidRPr="002D59E4">
        <w:t>Completa la división y usa la información del recuadro para identificar sus partes.</w:t>
      </w:r>
      <w:r>
        <w:rPr>
          <w:rFonts w:ascii="Arial" w:hAnsi="Arial"/>
          <w:b/>
          <w:color w:val="505050"/>
          <w:sz w:val="18"/>
        </w:rPr>
        <w:t xml:space="preserve">   (Valor: 5 puntos)</w:t>
      </w:r>
    </w:p>
    <w:p w14:paraId="2E5E5DD2" w14:textId="77777777" w:rsidR="004108E1" w:rsidRPr="002D59E4" w:rsidRDefault="00000000">
      <w:pPr>
        <w:spacing w:after="80" w:line="240" w:lineRule="auto"/>
        <w:jc w:val="center"/>
      </w:pPr>
      <w:r w:rsidRPr="002D59E4">
        <w:rPr>
          <w:b/>
          <w:sz w:val="22"/>
        </w:rPr>
        <w:t>45 ÷ 9 = ______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42"/>
        <w:gridCol w:w="2642"/>
        <w:gridCol w:w="2642"/>
        <w:gridCol w:w="2642"/>
      </w:tblGrid>
      <w:tr w:rsidR="004108E1" w:rsidRPr="002D59E4" w14:paraId="5F5AA766" w14:textId="77777777">
        <w:trPr>
          <w:jc w:val="center"/>
        </w:trPr>
        <w:tc>
          <w:tcPr>
            <w:tcW w:w="2642" w:type="dxa"/>
            <w:shd w:val="clear" w:color="auto" w:fill="F2F2F2"/>
          </w:tcPr>
          <w:p w14:paraId="7542180E" w14:textId="77777777" w:rsidR="004108E1" w:rsidRPr="002D59E4" w:rsidRDefault="00000000">
            <w:pPr>
              <w:jc w:val="center"/>
            </w:pPr>
            <w:r w:rsidRPr="002D59E4">
              <w:rPr>
                <w:b/>
                <w:sz w:val="18"/>
              </w:rPr>
              <w:t>Dividendo</w:t>
            </w:r>
          </w:p>
        </w:tc>
        <w:tc>
          <w:tcPr>
            <w:tcW w:w="2642" w:type="dxa"/>
            <w:shd w:val="clear" w:color="auto" w:fill="F2F2F2"/>
          </w:tcPr>
          <w:p w14:paraId="03A1B7F7" w14:textId="77777777" w:rsidR="004108E1" w:rsidRPr="002D59E4" w:rsidRDefault="00000000">
            <w:pPr>
              <w:jc w:val="center"/>
            </w:pPr>
            <w:r w:rsidRPr="002D59E4">
              <w:rPr>
                <w:b/>
                <w:sz w:val="18"/>
              </w:rPr>
              <w:t>Divisor</w:t>
            </w:r>
          </w:p>
        </w:tc>
        <w:tc>
          <w:tcPr>
            <w:tcW w:w="2642" w:type="dxa"/>
            <w:shd w:val="clear" w:color="auto" w:fill="F2F2F2"/>
          </w:tcPr>
          <w:p w14:paraId="6E1B4157" w14:textId="77777777" w:rsidR="004108E1" w:rsidRPr="002D59E4" w:rsidRDefault="00000000">
            <w:pPr>
              <w:jc w:val="center"/>
            </w:pPr>
            <w:r w:rsidRPr="002D59E4">
              <w:rPr>
                <w:b/>
                <w:sz w:val="18"/>
              </w:rPr>
              <w:t>Cociente</w:t>
            </w:r>
          </w:p>
        </w:tc>
        <w:tc>
          <w:tcPr>
            <w:tcW w:w="2642" w:type="dxa"/>
            <w:shd w:val="clear" w:color="auto" w:fill="F2F2F2"/>
          </w:tcPr>
          <w:p w14:paraId="26A692CE" w14:textId="77777777" w:rsidR="004108E1" w:rsidRPr="002D59E4" w:rsidRDefault="00000000">
            <w:pPr>
              <w:jc w:val="center"/>
            </w:pPr>
            <w:r w:rsidRPr="002D59E4">
              <w:rPr>
                <w:b/>
                <w:sz w:val="18"/>
              </w:rPr>
              <w:t>Residuo</w:t>
            </w:r>
          </w:p>
        </w:tc>
      </w:tr>
      <w:tr w:rsidR="004108E1" w:rsidRPr="002D59E4" w14:paraId="1888194C" w14:textId="77777777">
        <w:trPr>
          <w:jc w:val="center"/>
        </w:trPr>
        <w:tc>
          <w:tcPr>
            <w:tcW w:w="2642" w:type="dxa"/>
          </w:tcPr>
          <w:p w14:paraId="33D4E798" w14:textId="77777777" w:rsidR="004108E1" w:rsidRPr="002D59E4" w:rsidRDefault="00000000">
            <w:pPr>
              <w:jc w:val="center"/>
            </w:pPr>
            <w:r w:rsidRPr="002D59E4">
              <w:rPr>
                <w:sz w:val="18"/>
              </w:rPr>
              <w:t>________</w:t>
            </w:r>
          </w:p>
        </w:tc>
        <w:tc>
          <w:tcPr>
            <w:tcW w:w="2642" w:type="dxa"/>
          </w:tcPr>
          <w:p w14:paraId="09C58F82" w14:textId="77777777" w:rsidR="004108E1" w:rsidRPr="002D59E4" w:rsidRDefault="00000000">
            <w:pPr>
              <w:jc w:val="center"/>
            </w:pPr>
            <w:r w:rsidRPr="002D59E4">
              <w:rPr>
                <w:sz w:val="18"/>
              </w:rPr>
              <w:t>________</w:t>
            </w:r>
          </w:p>
        </w:tc>
        <w:tc>
          <w:tcPr>
            <w:tcW w:w="2642" w:type="dxa"/>
          </w:tcPr>
          <w:p w14:paraId="7B1F272B" w14:textId="77777777" w:rsidR="004108E1" w:rsidRPr="002D59E4" w:rsidRDefault="00000000">
            <w:pPr>
              <w:jc w:val="center"/>
            </w:pPr>
            <w:r w:rsidRPr="002D59E4">
              <w:rPr>
                <w:sz w:val="18"/>
              </w:rPr>
              <w:t>________</w:t>
            </w:r>
          </w:p>
        </w:tc>
        <w:tc>
          <w:tcPr>
            <w:tcW w:w="2642" w:type="dxa"/>
          </w:tcPr>
          <w:p w14:paraId="752E9E9E" w14:textId="77777777" w:rsidR="004108E1" w:rsidRPr="002D59E4" w:rsidRDefault="00000000">
            <w:pPr>
              <w:jc w:val="center"/>
            </w:pPr>
            <w:r w:rsidRPr="002D59E4">
              <w:rPr>
                <w:sz w:val="18"/>
              </w:rPr>
              <w:t>________</w:t>
            </w:r>
          </w:p>
        </w:tc>
      </w:tr>
    </w:tbl>
    <w:p w14:paraId="383F42DD" w14:textId="77777777" w:rsidR="004108E1" w:rsidRPr="002D59E4" w:rsidRDefault="00000000">
      <w:pPr>
        <w:spacing w:after="60" w:line="240" w:lineRule="auto"/>
      </w:pPr>
      <w:r w:rsidRPr="002D59E4">
        <w:t xml:space="preserve">En educación física hay </w:t>
      </w:r>
      <w:r w:rsidRPr="002D59E4">
        <w:rPr>
          <w:b/>
        </w:rPr>
        <w:t>38 pelotas</w:t>
      </w:r>
      <w:r w:rsidRPr="002D59E4">
        <w:t xml:space="preserve"> y se guardan en cajas de </w:t>
      </w:r>
      <w:r w:rsidRPr="002D59E4">
        <w:rPr>
          <w:b/>
        </w:rPr>
        <w:t>6 pelotas</w:t>
      </w:r>
      <w:r w:rsidRPr="002D59E4">
        <w:t xml:space="preserve"> cada una.</w:t>
      </w:r>
    </w:p>
    <w:p w14:paraId="6DF4F259" w14:textId="77777777" w:rsidR="004108E1" w:rsidRPr="002D59E4" w:rsidRDefault="00000000">
      <w:pPr>
        <w:spacing w:before="100" w:after="60" w:line="240" w:lineRule="auto"/>
      </w:pPr>
      <w:r w:rsidRPr="002D59E4">
        <w:rPr>
          <w:b/>
        </w:rPr>
        <w:t xml:space="preserve">5. </w:t>
      </w:r>
      <w:r w:rsidRPr="002D59E4">
        <w:t>Lee la situación y responde.</w:t>
      </w:r>
      <w:r>
        <w:rPr>
          <w:rFonts w:ascii="Arial" w:hAnsi="Arial"/>
          <w:b/>
          <w:color w:val="505050"/>
          <w:sz w:val="18"/>
        </w:rPr>
        <w:t xml:space="preserve">   (Valor: 5 puntos)</w:t>
      </w:r>
    </w:p>
    <w:p w14:paraId="690226E8" w14:textId="77777777" w:rsidR="004108E1" w:rsidRPr="002D59E4" w:rsidRDefault="00000000">
      <w:pPr>
        <w:spacing w:after="60" w:line="240" w:lineRule="auto"/>
        <w:ind w:left="504"/>
      </w:pPr>
      <w:r w:rsidRPr="002D59E4">
        <w:t>a. ¿Cuántas cajas completas se pueden llenar? __________________</w:t>
      </w:r>
    </w:p>
    <w:p w14:paraId="129B85C0" w14:textId="77777777" w:rsidR="004108E1" w:rsidRPr="002D59E4" w:rsidRDefault="00000000">
      <w:pPr>
        <w:spacing w:after="60" w:line="240" w:lineRule="auto"/>
        <w:ind w:left="504"/>
      </w:pPr>
      <w:r w:rsidRPr="002D59E4">
        <w:t>b. ¿Cuántas pelotas quedan sin guardar? __________________</w:t>
      </w:r>
    </w:p>
    <w:p w14:paraId="7366C6B4" w14:textId="77777777" w:rsidR="004108E1" w:rsidRPr="002D59E4" w:rsidRDefault="00000000">
      <w:pPr>
        <w:spacing w:after="80" w:line="240" w:lineRule="auto"/>
        <w:ind w:left="504"/>
      </w:pPr>
      <w:r w:rsidRPr="002D59E4">
        <w:t>c. Completa: 38 ÷ 6 = ______ y sobran ______.</w:t>
      </w:r>
    </w:p>
    <w:p w14:paraId="48E1CAD2" w14:textId="77777777" w:rsidR="004108E1" w:rsidRPr="002D59E4" w:rsidRDefault="00000000">
      <w:pPr>
        <w:spacing w:after="120" w:line="240" w:lineRule="auto"/>
        <w:ind w:left="504"/>
      </w:pPr>
      <w:r w:rsidRPr="002D59E4">
        <w:t>d. Esta división no es exacta porque: ___________________________________________</w:t>
      </w:r>
    </w:p>
    <w:p w14:paraId="192EB5A1" w14:textId="77777777" w:rsidR="004108E1" w:rsidRPr="002D59E4" w:rsidRDefault="00000000">
      <w:pPr>
        <w:spacing w:line="240" w:lineRule="auto"/>
        <w:ind w:left="504"/>
      </w:pPr>
      <w:r w:rsidRPr="002D59E4">
        <w:t>________________________________________________________________________________</w:t>
      </w:r>
    </w:p>
    <w:p w14:paraId="00DC4DDB" w14:textId="77777777" w:rsidR="005F398E" w:rsidRDefault="005F398E"/>
    <w:sectPr w:rsidR="005F398E" w:rsidSect="00034616">
      <w:footerReference w:type="default" r:id="rId9"/>
      <w:pgSz w:w="12240" w:h="15840"/>
      <w:pgMar w:top="792" w:right="835" w:bottom="648" w:left="83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A8870" w14:textId="77777777" w:rsidR="005F398E" w:rsidRPr="002D59E4" w:rsidRDefault="005F398E">
      <w:pPr>
        <w:spacing w:after="0" w:line="240" w:lineRule="auto"/>
      </w:pPr>
      <w:r w:rsidRPr="002D59E4">
        <w:separator/>
      </w:r>
    </w:p>
  </w:endnote>
  <w:endnote w:type="continuationSeparator" w:id="0">
    <w:p w14:paraId="376D4F31" w14:textId="77777777" w:rsidR="005F398E" w:rsidRPr="002D59E4" w:rsidRDefault="005F398E">
      <w:pPr>
        <w:spacing w:after="0" w:line="240" w:lineRule="auto"/>
      </w:pPr>
      <w:r w:rsidRPr="002D59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E8CC8" w14:textId="77777777" w:rsidR="004108E1" w:rsidRPr="002D59E4" w:rsidRDefault="00000000">
    <w:pPr>
      <w:pStyle w:val="Piedepgina"/>
      <w:jc w:val="center"/>
    </w:pPr>
    <w:r w:rsidRPr="002D59E4">
      <w:rPr>
        <w:sz w:val="16"/>
      </w:rPr>
      <w:t xml:space="preserve">Taller de Matemáticas - Grado Tercero     </w:t>
    </w:r>
    <w:r w:rsidRPr="002D59E4">
      <w:rPr>
        <w:sz w:val="16"/>
      </w:rPr>
      <w:fldChar w:fldCharType="begin"/>
    </w:r>
    <w:r w:rsidRPr="002D59E4">
      <w:rPr>
        <w:sz w:val="16"/>
      </w:rPr>
      <w:instrText xml:space="preserve"> PAGE </w:instrText>
    </w:r>
    <w:r w:rsidR="002D59E4" w:rsidRPr="002D59E4">
      <w:rPr>
        <w:sz w:val="16"/>
      </w:rPr>
      <w:fldChar w:fldCharType="separate"/>
    </w:r>
    <w:r w:rsidR="002D59E4" w:rsidRPr="002D59E4">
      <w:rPr>
        <w:sz w:val="16"/>
      </w:rPr>
      <w:t>1</w:t>
    </w:r>
    <w:r w:rsidRPr="002D59E4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0360E" w14:textId="77777777" w:rsidR="005F398E" w:rsidRPr="002D59E4" w:rsidRDefault="005F398E">
      <w:pPr>
        <w:spacing w:after="0" w:line="240" w:lineRule="auto"/>
      </w:pPr>
      <w:r w:rsidRPr="002D59E4">
        <w:separator/>
      </w:r>
    </w:p>
  </w:footnote>
  <w:footnote w:type="continuationSeparator" w:id="0">
    <w:p w14:paraId="450585A4" w14:textId="77777777" w:rsidR="005F398E" w:rsidRPr="002D59E4" w:rsidRDefault="005F398E">
      <w:pPr>
        <w:spacing w:after="0" w:line="240" w:lineRule="auto"/>
      </w:pPr>
      <w:r w:rsidRPr="002D59E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3067337">
    <w:abstractNumId w:val="8"/>
  </w:num>
  <w:num w:numId="2" w16cid:durableId="810515379">
    <w:abstractNumId w:val="6"/>
  </w:num>
  <w:num w:numId="3" w16cid:durableId="277446631">
    <w:abstractNumId w:val="5"/>
  </w:num>
  <w:num w:numId="4" w16cid:durableId="891649719">
    <w:abstractNumId w:val="4"/>
  </w:num>
  <w:num w:numId="5" w16cid:durableId="604963752">
    <w:abstractNumId w:val="7"/>
  </w:num>
  <w:num w:numId="6" w16cid:durableId="1249655801">
    <w:abstractNumId w:val="3"/>
  </w:num>
  <w:num w:numId="7" w16cid:durableId="934365255">
    <w:abstractNumId w:val="2"/>
  </w:num>
  <w:num w:numId="8" w16cid:durableId="1862816784">
    <w:abstractNumId w:val="1"/>
  </w:num>
  <w:num w:numId="9" w16cid:durableId="25070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59E4"/>
    <w:rsid w:val="00326F90"/>
    <w:rsid w:val="004108E1"/>
    <w:rsid w:val="005F398E"/>
    <w:rsid w:val="00903AC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CEB15F"/>
  <w14:defaultImageDpi w14:val="300"/>
  <w15:docId w15:val="{52CC2B6A-B56C-420D-9FB7-E2067DA5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Pava Gomez Robertson Heyler</cp:lastModifiedBy>
  <cp:revision>2</cp:revision>
  <dcterms:created xsi:type="dcterms:W3CDTF">2013-12-23T23:15:00Z</dcterms:created>
  <dcterms:modified xsi:type="dcterms:W3CDTF">2026-08-20T14:14:00Z</dcterms:modified>
  <cp:category/>
</cp:coreProperties>
</file>