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BF0DB" w14:textId="77777777" w:rsidR="007B5692" w:rsidRPr="000F38F2" w:rsidRDefault="00000000">
      <w:pPr>
        <w:spacing w:after="60" w:line="240" w:lineRule="auto"/>
      </w:pPr>
      <w:r w:rsidRPr="000F38F2">
        <w:t>Propósito: Comprende, representa, lee, escribe y descompone números de cinco cifras, reconociendo el valor posicional de sus cifras en situaciones cotidianas.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99"/>
        <w:gridCol w:w="5299"/>
      </w:tblGrid>
      <w:tr w:rsidR="007B5692" w:rsidRPr="000F38F2" w14:paraId="542C3419" w14:textId="77777777">
        <w:trPr>
          <w:jc w:val="center"/>
        </w:trPr>
        <w:tc>
          <w:tcPr>
            <w:tcW w:w="52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83EA16" w14:textId="77777777" w:rsidR="007B5692" w:rsidRPr="000F38F2" w:rsidRDefault="00000000">
            <w:pPr>
              <w:jc w:val="center"/>
            </w:pPr>
            <w:r w:rsidRPr="000F38F2">
              <w:drawing>
                <wp:inline distT="0" distB="0" distL="0" distR="0" wp14:anchorId="1CB72253" wp14:editId="38AC8353">
                  <wp:extent cx="987552" cy="98755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552" cy="987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9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B81061" w14:textId="77777777" w:rsidR="007B5692" w:rsidRPr="000F38F2" w:rsidRDefault="00000000">
            <w:pPr>
              <w:spacing w:after="100"/>
            </w:pPr>
            <w:r w:rsidRPr="000F38F2">
              <w:rPr>
                <w:sz w:val="22"/>
              </w:rPr>
              <w:t>Taller de Matemáticas 2026</w:t>
            </w:r>
          </w:p>
          <w:p w14:paraId="57593087" w14:textId="71C6B84C" w:rsidR="007B5692" w:rsidRPr="000F38F2" w:rsidRDefault="00000000">
            <w:pPr>
              <w:spacing w:after="100"/>
            </w:pPr>
            <w:r w:rsidRPr="000F38F2">
              <w:t>Nombre: _____________________________________________</w:t>
            </w:r>
          </w:p>
          <w:p w14:paraId="13A79C56" w14:textId="77777777" w:rsidR="007B5692" w:rsidRPr="000F38F2" w:rsidRDefault="00000000">
            <w:pPr>
              <w:spacing w:after="100"/>
            </w:pPr>
            <w:r w:rsidRPr="000F38F2">
              <w:t>Curso: Segundo</w:t>
            </w:r>
          </w:p>
          <w:p w14:paraId="20255B4C" w14:textId="77777777" w:rsidR="007B5692" w:rsidRPr="000F38F2" w:rsidRDefault="00000000">
            <w:pPr>
              <w:spacing w:after="0"/>
            </w:pPr>
            <w:r w:rsidRPr="000F38F2">
              <w:t>Fecha: ____________________________</w:t>
            </w:r>
          </w:p>
        </w:tc>
      </w:tr>
    </w:tbl>
    <w:p w14:paraId="3ED7737B" w14:textId="77777777" w:rsidR="007B5692" w:rsidRPr="000F38F2" w:rsidRDefault="00000000">
      <w:pPr>
        <w:spacing w:before="80" w:after="120" w:line="240" w:lineRule="auto"/>
      </w:pPr>
      <w:r w:rsidRPr="000F38F2">
        <w:rPr>
          <w:b/>
        </w:rPr>
        <w:t xml:space="preserve">Instrucciones: </w:t>
      </w:r>
      <w:r w:rsidRPr="000F38F2">
        <w:t>Lee atentamente cada uno de los siguientes enunciados, luego responde.</w:t>
      </w:r>
      <w:r>
        <w:rPr>
          <w:rFonts w:ascii="Arial" w:hAnsi="Arial"/>
          <w:b/>
          <w:sz w:val="18"/>
        </w:rPr>
        <w:t xml:space="preserve">  Total: 20 puntos.</w:t>
      </w:r>
    </w:p>
    <w:p w14:paraId="6A760BB3" w14:textId="77777777" w:rsidR="007B5692" w:rsidRPr="000F38F2" w:rsidRDefault="00000000">
      <w:pPr>
        <w:spacing w:after="80" w:line="240" w:lineRule="auto"/>
      </w:pPr>
      <w:r w:rsidRPr="000F38F2">
        <w:t>En la tienda escolar hay tres artículos con los siguientes precios: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33"/>
        <w:gridCol w:w="3533"/>
        <w:gridCol w:w="3533"/>
      </w:tblGrid>
      <w:tr w:rsidR="007B5692" w:rsidRPr="000F38F2" w14:paraId="7CAAFD46" w14:textId="77777777">
        <w:trPr>
          <w:jc w:val="center"/>
        </w:trPr>
        <w:tc>
          <w:tcPr>
            <w:tcW w:w="3533" w:type="dxa"/>
            <w:shd w:val="clear" w:color="auto" w:fill="EAF4E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DABBFF2" w14:textId="77777777" w:rsidR="007B5692" w:rsidRPr="000F38F2" w:rsidRDefault="00000000">
            <w:pPr>
              <w:jc w:val="center"/>
            </w:pPr>
            <w:r w:rsidRPr="000F38F2">
              <w:rPr>
                <w:b/>
              </w:rPr>
              <w:t>Cuaderno</w:t>
            </w:r>
          </w:p>
        </w:tc>
        <w:tc>
          <w:tcPr>
            <w:tcW w:w="3533" w:type="dxa"/>
            <w:shd w:val="clear" w:color="auto" w:fill="EAF4E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0EF92A9" w14:textId="77777777" w:rsidR="007B5692" w:rsidRPr="000F38F2" w:rsidRDefault="00000000">
            <w:pPr>
              <w:jc w:val="center"/>
            </w:pPr>
            <w:r w:rsidRPr="000F38F2">
              <w:rPr>
                <w:b/>
              </w:rPr>
              <w:t>Mochila</w:t>
            </w:r>
          </w:p>
        </w:tc>
        <w:tc>
          <w:tcPr>
            <w:tcW w:w="3533" w:type="dxa"/>
            <w:shd w:val="clear" w:color="auto" w:fill="EAF4E2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11DA3EE1" w14:textId="77777777" w:rsidR="007B5692" w:rsidRPr="000F38F2" w:rsidRDefault="00000000">
            <w:pPr>
              <w:jc w:val="center"/>
            </w:pPr>
            <w:r w:rsidRPr="000F38F2">
              <w:rPr>
                <w:b/>
              </w:rPr>
              <w:t>Colores</w:t>
            </w:r>
          </w:p>
        </w:tc>
      </w:tr>
      <w:tr w:rsidR="007B5692" w:rsidRPr="000F38F2" w14:paraId="32BE39E6" w14:textId="77777777">
        <w:trPr>
          <w:jc w:val="center"/>
        </w:trPr>
        <w:tc>
          <w:tcPr>
            <w:tcW w:w="3533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6C367D5" w14:textId="77777777" w:rsidR="007B5692" w:rsidRPr="000F38F2" w:rsidRDefault="00000000">
            <w:pPr>
              <w:jc w:val="center"/>
            </w:pPr>
            <w:r w:rsidRPr="000F38F2">
              <w:t>$24.350</w:t>
            </w:r>
          </w:p>
        </w:tc>
        <w:tc>
          <w:tcPr>
            <w:tcW w:w="3533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51732487" w14:textId="77777777" w:rsidR="007B5692" w:rsidRPr="000F38F2" w:rsidRDefault="00000000">
            <w:pPr>
              <w:jc w:val="center"/>
            </w:pPr>
            <w:r w:rsidRPr="000F38F2">
              <w:t>$32.500</w:t>
            </w:r>
          </w:p>
        </w:tc>
        <w:tc>
          <w:tcPr>
            <w:tcW w:w="3533" w:type="dxa"/>
            <w:tcMar>
              <w:top w:w="50" w:type="dxa"/>
              <w:left w:w="90" w:type="dxa"/>
              <w:bottom w:w="50" w:type="dxa"/>
              <w:right w:w="90" w:type="dxa"/>
            </w:tcMar>
          </w:tcPr>
          <w:p w14:paraId="494D3A31" w14:textId="77777777" w:rsidR="007B5692" w:rsidRPr="000F38F2" w:rsidRDefault="00000000">
            <w:pPr>
              <w:jc w:val="center"/>
            </w:pPr>
            <w:r w:rsidRPr="000F38F2">
              <w:t>$18.700</w:t>
            </w:r>
          </w:p>
        </w:tc>
      </w:tr>
    </w:tbl>
    <w:p w14:paraId="46C00D10" w14:textId="77777777" w:rsidR="007B5692" w:rsidRPr="000F38F2" w:rsidRDefault="00000000">
      <w:pPr>
        <w:spacing w:before="120" w:after="80" w:line="240" w:lineRule="auto"/>
        <w:ind w:left="346"/>
      </w:pPr>
      <w:r w:rsidRPr="000F38F2">
        <w:rPr>
          <w:b/>
        </w:rPr>
        <w:t xml:space="preserve">1. </w:t>
      </w:r>
      <w:r w:rsidRPr="000F38F2">
        <w:t>Laura quiere comprar el artículo que cuesta treinta y dos mil quinientos pesos. ¿Cuál debe escoger?</w:t>
      </w:r>
      <w:r>
        <w:rPr>
          <w:rFonts w:ascii="Arial" w:hAnsi="Arial"/>
          <w:b/>
          <w:color w:val="505050"/>
          <w:sz w:val="18"/>
        </w:rPr>
        <w:t xml:space="preserve">   (Valor: 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533"/>
        <w:gridCol w:w="3533"/>
        <w:gridCol w:w="3533"/>
      </w:tblGrid>
      <w:tr w:rsidR="007B5692" w:rsidRPr="000F38F2" w14:paraId="6AB709FE" w14:textId="77777777">
        <w:trPr>
          <w:jc w:val="center"/>
        </w:trPr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50C1F6DA" w14:textId="77777777" w:rsidR="007B5692" w:rsidRPr="000F38F2" w:rsidRDefault="00000000">
            <w:pPr>
              <w:spacing w:after="0"/>
            </w:pPr>
            <w:r w:rsidRPr="000F38F2">
              <w:t>a. Cuaderno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3C27F372" w14:textId="77777777" w:rsidR="007B5692" w:rsidRPr="000F38F2" w:rsidRDefault="00000000">
            <w:pPr>
              <w:spacing w:after="0"/>
            </w:pPr>
            <w:r w:rsidRPr="000F38F2">
              <w:t>b. Mochila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63B3259E" w14:textId="77777777" w:rsidR="007B5692" w:rsidRPr="000F38F2" w:rsidRDefault="00000000">
            <w:pPr>
              <w:spacing w:after="0"/>
            </w:pPr>
            <w:r w:rsidRPr="000F38F2">
              <w:t>c. Colores</w:t>
            </w:r>
          </w:p>
        </w:tc>
      </w:tr>
    </w:tbl>
    <w:p w14:paraId="19CE1CEC" w14:textId="77777777" w:rsidR="000F38F2" w:rsidRPr="000F38F2" w:rsidRDefault="00000000">
      <w:pPr>
        <w:spacing w:after="120" w:line="240" w:lineRule="auto"/>
        <w:ind w:left="605"/>
      </w:pPr>
      <w:r w:rsidRPr="000F38F2">
        <w:t xml:space="preserve">En el precio del cuaderno, el número 4 representa: </w:t>
      </w:r>
    </w:p>
    <w:p w14:paraId="0B074F2F" w14:textId="5168A439" w:rsidR="007B5692" w:rsidRPr="000F38F2" w:rsidRDefault="00000000">
      <w:pPr>
        <w:spacing w:after="120" w:line="240" w:lineRule="auto"/>
        <w:ind w:left="605"/>
      </w:pPr>
      <w:r w:rsidRPr="000F38F2">
        <w:t xml:space="preserve">a. 4   </w:t>
      </w:r>
      <w:r w:rsidR="000F38F2" w:rsidRPr="000F38F2">
        <w:t xml:space="preserve">  </w:t>
      </w:r>
      <w:r w:rsidRPr="000F38F2">
        <w:t xml:space="preserve">  b. 40     </w:t>
      </w:r>
      <w:r w:rsidR="000F38F2" w:rsidRPr="000F38F2">
        <w:t xml:space="preserve">   </w:t>
      </w:r>
      <w:r w:rsidRPr="000F38F2">
        <w:t xml:space="preserve">c. 400  </w:t>
      </w:r>
      <w:r w:rsidR="000F38F2" w:rsidRPr="000F38F2">
        <w:t xml:space="preserve">    </w:t>
      </w:r>
      <w:r w:rsidRPr="000F38F2">
        <w:t xml:space="preserve">   d. 4.000</w:t>
      </w:r>
    </w:p>
    <w:p w14:paraId="327585DB" w14:textId="77777777" w:rsidR="007B5692" w:rsidRPr="000F38F2" w:rsidRDefault="00000000">
      <w:pPr>
        <w:spacing w:before="80" w:after="60" w:line="240" w:lineRule="auto"/>
      </w:pPr>
      <w:r w:rsidRPr="000F38F2">
        <w:t>Tomás organizó una cantidad de dinero así: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98"/>
      </w:tblGrid>
      <w:tr w:rsidR="007B5692" w:rsidRPr="000F38F2" w14:paraId="5E9CE5F3" w14:textId="77777777">
        <w:trPr>
          <w:jc w:val="center"/>
        </w:trPr>
        <w:tc>
          <w:tcPr>
            <w:tcW w:w="10598" w:type="dxa"/>
            <w:tcBorders>
              <w:top w:val="single" w:sz="10" w:space="0" w:color="D6B656"/>
              <w:left w:val="single" w:sz="10" w:space="0" w:color="D6B656"/>
              <w:bottom w:val="single" w:sz="10" w:space="0" w:color="D6B656"/>
              <w:right w:val="single" w:sz="10" w:space="0" w:color="D6B656"/>
            </w:tcBorders>
            <w:shd w:val="clear" w:color="auto" w:fill="FFF3CD"/>
          </w:tcPr>
          <w:p w14:paraId="619CFCD8" w14:textId="77777777" w:rsidR="007B5692" w:rsidRPr="000F38F2" w:rsidRDefault="00000000">
            <w:pPr>
              <w:jc w:val="center"/>
            </w:pPr>
            <w:r w:rsidRPr="000F38F2">
              <w:rPr>
                <w:b/>
                <w:sz w:val="22"/>
              </w:rPr>
              <w:t>4DM + 3UM + 2C + 5D + 1U</w:t>
            </w:r>
          </w:p>
        </w:tc>
      </w:tr>
    </w:tbl>
    <w:p w14:paraId="442E824E" w14:textId="77777777" w:rsidR="007B5692" w:rsidRPr="000F38F2" w:rsidRDefault="00000000">
      <w:pPr>
        <w:spacing w:before="120" w:after="80" w:line="240" w:lineRule="auto"/>
        <w:ind w:left="346"/>
      </w:pPr>
      <w:r w:rsidRPr="000F38F2">
        <w:rPr>
          <w:b/>
        </w:rPr>
        <w:t xml:space="preserve">2. </w:t>
      </w:r>
      <w:r w:rsidRPr="000F38F2">
        <w:t>¿Qué número representa la información anterior?</w:t>
      </w:r>
      <w:r>
        <w:rPr>
          <w:rFonts w:ascii="Arial" w:hAnsi="Arial"/>
          <w:b/>
          <w:color w:val="505050"/>
          <w:sz w:val="18"/>
        </w:rPr>
        <w:t xml:space="preserve">   (Valor: 4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9"/>
        <w:gridCol w:w="2649"/>
        <w:gridCol w:w="2649"/>
        <w:gridCol w:w="2649"/>
      </w:tblGrid>
      <w:tr w:rsidR="007B5692" w:rsidRPr="000F38F2" w14:paraId="19126950" w14:textId="77777777">
        <w:trPr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4749BACF" w14:textId="77777777" w:rsidR="007B5692" w:rsidRPr="000F38F2" w:rsidRDefault="00000000">
            <w:pPr>
              <w:spacing w:after="0"/>
            </w:pPr>
            <w:r w:rsidRPr="000F38F2">
              <w:t>a. 43.251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7290742F" w14:textId="77777777" w:rsidR="007B5692" w:rsidRPr="000F38F2" w:rsidRDefault="00000000">
            <w:pPr>
              <w:spacing w:after="0"/>
            </w:pPr>
            <w:r w:rsidRPr="000F38F2">
              <w:t>b. 34.251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2AC618E0" w14:textId="77777777" w:rsidR="007B5692" w:rsidRPr="000F38F2" w:rsidRDefault="00000000">
            <w:pPr>
              <w:spacing w:after="0"/>
            </w:pPr>
            <w:r w:rsidRPr="000F38F2">
              <w:t>c. 43.521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0CB50F23" w14:textId="77777777" w:rsidR="007B5692" w:rsidRPr="000F38F2" w:rsidRDefault="00000000">
            <w:pPr>
              <w:spacing w:after="0"/>
            </w:pPr>
            <w:r w:rsidRPr="000F38F2">
              <w:t>d. 40.325</w:t>
            </w:r>
          </w:p>
        </w:tc>
      </w:tr>
    </w:tbl>
    <w:p w14:paraId="725EF35B" w14:textId="77777777" w:rsidR="007B5692" w:rsidRPr="000F38F2" w:rsidRDefault="00000000">
      <w:pPr>
        <w:spacing w:after="100" w:line="240" w:lineRule="auto"/>
        <w:ind w:left="605"/>
      </w:pPr>
      <w:r w:rsidRPr="000F38F2">
        <w:t>Escribe con palabras el número que escogiste:</w:t>
      </w:r>
    </w:p>
    <w:p w14:paraId="3FAAED55" w14:textId="77777777" w:rsidR="007B5692" w:rsidRPr="000F38F2" w:rsidRDefault="00000000">
      <w:pPr>
        <w:spacing w:after="40" w:line="240" w:lineRule="auto"/>
        <w:ind w:left="605"/>
      </w:pPr>
      <w:r w:rsidRPr="000F38F2">
        <w:t>________________________________________________________________________________</w:t>
      </w:r>
    </w:p>
    <w:p w14:paraId="1B5FB8B6" w14:textId="77777777" w:rsidR="007B5692" w:rsidRPr="000F38F2" w:rsidRDefault="00000000">
      <w:pPr>
        <w:spacing w:after="120" w:line="240" w:lineRule="auto"/>
        <w:ind w:left="605"/>
      </w:pPr>
      <w:r w:rsidRPr="000F38F2">
        <w:t>________________________________________________________________________________</w:t>
      </w:r>
    </w:p>
    <w:p w14:paraId="423DE7FF" w14:textId="77777777" w:rsidR="007B5692" w:rsidRPr="000F38F2" w:rsidRDefault="00000000">
      <w:pPr>
        <w:spacing w:after="80" w:line="240" w:lineRule="auto"/>
      </w:pPr>
      <w:r w:rsidRPr="000F38F2">
        <w:t xml:space="preserve">En una actividad del colegio se reunieron </w:t>
      </w:r>
      <w:r w:rsidRPr="000F38F2">
        <w:rPr>
          <w:b/>
        </w:rPr>
        <w:t>56.738 puntos</w:t>
      </w:r>
      <w:r w:rsidRPr="000F38F2">
        <w:t>.</w:t>
      </w:r>
    </w:p>
    <w:p w14:paraId="5BF9FF39" w14:textId="77FC3430" w:rsidR="007B5692" w:rsidRPr="000F38F2" w:rsidRDefault="00000000">
      <w:pPr>
        <w:spacing w:before="120" w:after="80" w:line="240" w:lineRule="auto"/>
        <w:ind w:left="346"/>
      </w:pPr>
      <w:r w:rsidRPr="000F38F2">
        <w:rPr>
          <w:b/>
        </w:rPr>
        <w:t xml:space="preserve">3. </w:t>
      </w:r>
      <w:r w:rsidRPr="000F38F2">
        <w:t xml:space="preserve">Observa el número </w:t>
      </w:r>
      <w:r w:rsidR="000F38F2" w:rsidRPr="000F38F2">
        <w:t>anterior</w:t>
      </w:r>
      <w:r w:rsidRPr="000F38F2">
        <w:t xml:space="preserve"> y responde.</w:t>
      </w:r>
      <w:r>
        <w:rPr>
          <w:rFonts w:ascii="Arial" w:hAnsi="Arial"/>
          <w:b/>
          <w:color w:val="505050"/>
          <w:sz w:val="18"/>
        </w:rPr>
        <w:t xml:space="preserve">   (Valor: 5 puntos)</w:t>
      </w:r>
    </w:p>
    <w:p w14:paraId="20C10287" w14:textId="77777777" w:rsidR="007B5692" w:rsidRPr="000F38F2" w:rsidRDefault="00000000">
      <w:pPr>
        <w:spacing w:after="60" w:line="240" w:lineRule="auto"/>
        <w:ind w:left="605"/>
      </w:pPr>
      <w:r w:rsidRPr="000F38F2">
        <w:t>a. ¿Qué cifra está en el lugar de las unidades de mil?  __________________</w:t>
      </w:r>
    </w:p>
    <w:p w14:paraId="2469437B" w14:textId="77777777" w:rsidR="000F38F2" w:rsidRDefault="00000000">
      <w:pPr>
        <w:spacing w:after="60" w:line="240" w:lineRule="auto"/>
        <w:ind w:left="605"/>
      </w:pPr>
      <w:r w:rsidRPr="000F38F2">
        <w:t>b. ¿Cuánto vale el número 7 en esta cantidad?</w:t>
      </w:r>
    </w:p>
    <w:p w14:paraId="278AC033" w14:textId="216B174A" w:rsidR="007B5692" w:rsidRPr="000F38F2" w:rsidRDefault="00000000" w:rsidP="000F38F2">
      <w:pPr>
        <w:spacing w:after="60" w:line="240" w:lineRule="auto"/>
        <w:ind w:left="1325" w:firstLine="115"/>
      </w:pPr>
      <w:r w:rsidRPr="000F38F2">
        <w:t xml:space="preserve">  a. 7   b. 70   c. 700   d. 7.000</w:t>
      </w:r>
    </w:p>
    <w:p w14:paraId="3342C3C0" w14:textId="632E1627" w:rsidR="007B5692" w:rsidRDefault="00000000" w:rsidP="000F38F2">
      <w:pPr>
        <w:spacing w:after="60" w:line="240" w:lineRule="auto"/>
        <w:ind w:left="605"/>
      </w:pPr>
      <w:r w:rsidRPr="000F38F2">
        <w:t>c. Completa: 56.738 = 50.000 + 6.000 + ______ + ______ + ______</w:t>
      </w:r>
    </w:p>
    <w:p w14:paraId="0A48E505" w14:textId="77777777" w:rsidR="000F38F2" w:rsidRPr="000F38F2" w:rsidRDefault="000F38F2" w:rsidP="000F38F2">
      <w:pPr>
        <w:spacing w:after="60" w:line="240" w:lineRule="auto"/>
        <w:ind w:left="605"/>
      </w:pPr>
    </w:p>
    <w:p w14:paraId="235C6E46" w14:textId="77777777" w:rsidR="007B5692" w:rsidRPr="000F38F2" w:rsidRDefault="00000000">
      <w:pPr>
        <w:spacing w:after="80" w:line="240" w:lineRule="auto"/>
      </w:pPr>
      <w:r w:rsidRPr="000F38F2">
        <w:t xml:space="preserve">Ana tiene </w:t>
      </w:r>
      <w:r w:rsidRPr="000F38F2">
        <w:rPr>
          <w:b/>
        </w:rPr>
        <w:t>$40.000</w:t>
      </w:r>
      <w:r w:rsidRPr="000F38F2">
        <w:t xml:space="preserve"> y quiere cambiar todo su dinero por billetes de </w:t>
      </w:r>
      <w:r w:rsidRPr="000F38F2">
        <w:rPr>
          <w:b/>
        </w:rPr>
        <w:t>$10.000</w:t>
      </w:r>
      <w:r w:rsidRPr="000F38F2">
        <w:t>.</w:t>
      </w:r>
    </w:p>
    <w:p w14:paraId="2BFF3EE2" w14:textId="77777777" w:rsidR="007B5692" w:rsidRPr="000F38F2" w:rsidRDefault="00000000">
      <w:pPr>
        <w:spacing w:before="120" w:after="80" w:line="240" w:lineRule="auto"/>
        <w:ind w:left="346"/>
      </w:pPr>
      <w:r w:rsidRPr="000F38F2">
        <w:rPr>
          <w:b/>
        </w:rPr>
        <w:t xml:space="preserve">4. </w:t>
      </w:r>
      <w:r w:rsidRPr="000F38F2">
        <w:t>¿Cuántos billetes de $10.000 debe recibir Ana?</w:t>
      </w:r>
      <w:r>
        <w:rPr>
          <w:rFonts w:ascii="Arial" w:hAnsi="Arial"/>
          <w:b/>
          <w:color w:val="505050"/>
          <w:sz w:val="18"/>
        </w:rPr>
        <w:t xml:space="preserve">   (Valor: 3 puntos)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649"/>
        <w:gridCol w:w="2649"/>
        <w:gridCol w:w="2649"/>
        <w:gridCol w:w="2649"/>
      </w:tblGrid>
      <w:tr w:rsidR="007B5692" w:rsidRPr="000F38F2" w14:paraId="40EF65BD" w14:textId="77777777">
        <w:trPr>
          <w:jc w:val="center"/>
        </w:trPr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7A1C3A91" w14:textId="77777777" w:rsidR="007B5692" w:rsidRPr="000F38F2" w:rsidRDefault="00000000">
            <w:pPr>
              <w:spacing w:after="0"/>
            </w:pPr>
            <w:r w:rsidRPr="000F38F2">
              <w:t>a. 2 billetes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27FFBE0B" w14:textId="77777777" w:rsidR="007B5692" w:rsidRPr="000F38F2" w:rsidRDefault="00000000">
            <w:pPr>
              <w:spacing w:after="0"/>
            </w:pPr>
            <w:r w:rsidRPr="000F38F2">
              <w:t>b. 3 billetes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192A7F18" w14:textId="77777777" w:rsidR="007B5692" w:rsidRPr="000F38F2" w:rsidRDefault="00000000">
            <w:pPr>
              <w:spacing w:after="0"/>
            </w:pPr>
            <w:r w:rsidRPr="000F38F2">
              <w:t>c. 4 billetes</w:t>
            </w: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30" w:type="dxa"/>
              <w:bottom w:w="25" w:type="dxa"/>
              <w:right w:w="30" w:type="dxa"/>
            </w:tcMar>
          </w:tcPr>
          <w:p w14:paraId="0E5A800F" w14:textId="77777777" w:rsidR="007B5692" w:rsidRPr="000F38F2" w:rsidRDefault="00000000">
            <w:pPr>
              <w:spacing w:after="0"/>
            </w:pPr>
            <w:r w:rsidRPr="000F38F2">
              <w:t>d. 5 billetes</w:t>
            </w:r>
          </w:p>
        </w:tc>
      </w:tr>
    </w:tbl>
    <w:p w14:paraId="3B1ED688" w14:textId="77777777" w:rsidR="007B5692" w:rsidRPr="000F38F2" w:rsidRDefault="00000000">
      <w:pPr>
        <w:spacing w:before="40" w:after="80" w:line="240" w:lineRule="auto"/>
        <w:ind w:left="605"/>
      </w:pPr>
      <w:r w:rsidRPr="000F38F2">
        <w:t>Explica con una frase cómo lo supiste:</w:t>
      </w:r>
    </w:p>
    <w:p w14:paraId="2918F533" w14:textId="77777777" w:rsidR="007B5692" w:rsidRPr="000F38F2" w:rsidRDefault="00000000">
      <w:pPr>
        <w:spacing w:after="40" w:line="240" w:lineRule="auto"/>
        <w:ind w:left="605"/>
      </w:pPr>
      <w:r w:rsidRPr="000F38F2">
        <w:t>________________________________________________________________________________</w:t>
      </w:r>
    </w:p>
    <w:p w14:paraId="789A6C3D" w14:textId="77777777" w:rsidR="007B5692" w:rsidRPr="000F38F2" w:rsidRDefault="00000000">
      <w:pPr>
        <w:spacing w:after="80" w:line="240" w:lineRule="auto"/>
      </w:pPr>
      <w:r w:rsidRPr="000F38F2">
        <w:t>Para una salida escolar se compararon estas tres distancias: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33"/>
        <w:gridCol w:w="3533"/>
        <w:gridCol w:w="3533"/>
      </w:tblGrid>
      <w:tr w:rsidR="007B5692" w:rsidRPr="000F38F2" w14:paraId="11ADDAD7" w14:textId="77777777">
        <w:trPr>
          <w:jc w:val="center"/>
        </w:trPr>
        <w:tc>
          <w:tcPr>
            <w:tcW w:w="3533" w:type="dxa"/>
            <w:shd w:val="clear" w:color="auto" w:fill="DDEBF7"/>
          </w:tcPr>
          <w:p w14:paraId="573766E1" w14:textId="77777777" w:rsidR="007B5692" w:rsidRPr="000F38F2" w:rsidRDefault="00000000">
            <w:pPr>
              <w:jc w:val="center"/>
            </w:pPr>
            <w:r w:rsidRPr="000F38F2">
              <w:rPr>
                <w:b/>
              </w:rPr>
              <w:t>Parque</w:t>
            </w:r>
          </w:p>
        </w:tc>
        <w:tc>
          <w:tcPr>
            <w:tcW w:w="3533" w:type="dxa"/>
            <w:shd w:val="clear" w:color="auto" w:fill="DDEBF7"/>
          </w:tcPr>
          <w:p w14:paraId="0372B65C" w14:textId="77777777" w:rsidR="007B5692" w:rsidRPr="000F38F2" w:rsidRDefault="00000000">
            <w:pPr>
              <w:jc w:val="center"/>
            </w:pPr>
            <w:r w:rsidRPr="000F38F2">
              <w:rPr>
                <w:b/>
              </w:rPr>
              <w:t>Museo</w:t>
            </w:r>
          </w:p>
        </w:tc>
        <w:tc>
          <w:tcPr>
            <w:tcW w:w="3533" w:type="dxa"/>
            <w:shd w:val="clear" w:color="auto" w:fill="DDEBF7"/>
          </w:tcPr>
          <w:p w14:paraId="62CA9B1F" w14:textId="77777777" w:rsidR="007B5692" w:rsidRPr="000F38F2" w:rsidRDefault="00000000">
            <w:pPr>
              <w:jc w:val="center"/>
            </w:pPr>
            <w:r w:rsidRPr="000F38F2">
              <w:rPr>
                <w:b/>
              </w:rPr>
              <w:t>Granja</w:t>
            </w:r>
          </w:p>
        </w:tc>
      </w:tr>
      <w:tr w:rsidR="007B5692" w:rsidRPr="000F38F2" w14:paraId="24350CA8" w14:textId="77777777">
        <w:trPr>
          <w:jc w:val="center"/>
        </w:trPr>
        <w:tc>
          <w:tcPr>
            <w:tcW w:w="3533" w:type="dxa"/>
          </w:tcPr>
          <w:p w14:paraId="55B13721" w14:textId="77777777" w:rsidR="007B5692" w:rsidRPr="000F38F2" w:rsidRDefault="00000000">
            <w:pPr>
              <w:jc w:val="center"/>
            </w:pPr>
            <w:r w:rsidRPr="000F38F2">
              <w:t>27.450 m</w:t>
            </w:r>
          </w:p>
        </w:tc>
        <w:tc>
          <w:tcPr>
            <w:tcW w:w="3533" w:type="dxa"/>
          </w:tcPr>
          <w:p w14:paraId="0A9CE2B4" w14:textId="77777777" w:rsidR="007B5692" w:rsidRPr="000F38F2" w:rsidRDefault="00000000">
            <w:pPr>
              <w:jc w:val="center"/>
            </w:pPr>
            <w:r w:rsidRPr="000F38F2">
              <w:t>35.200 m</w:t>
            </w:r>
          </w:p>
        </w:tc>
        <w:tc>
          <w:tcPr>
            <w:tcW w:w="3533" w:type="dxa"/>
          </w:tcPr>
          <w:p w14:paraId="3FB1D494" w14:textId="77777777" w:rsidR="007B5692" w:rsidRPr="000F38F2" w:rsidRDefault="00000000">
            <w:pPr>
              <w:jc w:val="center"/>
            </w:pPr>
            <w:r w:rsidRPr="000F38F2">
              <w:t>41.600 m</w:t>
            </w:r>
          </w:p>
        </w:tc>
      </w:tr>
    </w:tbl>
    <w:p w14:paraId="2233492C" w14:textId="77777777" w:rsidR="007B5692" w:rsidRPr="000F38F2" w:rsidRDefault="00000000">
      <w:pPr>
        <w:spacing w:before="120" w:after="80" w:line="240" w:lineRule="auto"/>
        <w:ind w:left="346"/>
      </w:pPr>
      <w:r w:rsidRPr="000F38F2">
        <w:rPr>
          <w:b/>
        </w:rPr>
        <w:t xml:space="preserve">5. </w:t>
      </w:r>
      <w:r w:rsidRPr="000F38F2">
        <w:t>Lee la información y responde.</w:t>
      </w:r>
      <w:r>
        <w:rPr>
          <w:rFonts w:ascii="Arial" w:hAnsi="Arial"/>
          <w:b/>
          <w:color w:val="505050"/>
          <w:sz w:val="18"/>
        </w:rPr>
        <w:t xml:space="preserve">   (Valor: 5 puntos)</w:t>
      </w:r>
    </w:p>
    <w:p w14:paraId="248AE30B" w14:textId="77777777" w:rsidR="007B5692" w:rsidRPr="000F38F2" w:rsidRDefault="00000000">
      <w:pPr>
        <w:spacing w:after="80" w:line="240" w:lineRule="auto"/>
        <w:ind w:left="605"/>
      </w:pPr>
      <w:r w:rsidRPr="000F38F2">
        <w:t>a. ¿Cuál es la distancia mayor? ____________________________________________</w:t>
      </w:r>
    </w:p>
    <w:p w14:paraId="7F34F076" w14:textId="77777777" w:rsidR="007B5692" w:rsidRPr="000F38F2" w:rsidRDefault="00000000">
      <w:pPr>
        <w:spacing w:after="80" w:line="240" w:lineRule="auto"/>
        <w:ind w:left="605"/>
      </w:pPr>
      <w:r w:rsidRPr="000F38F2">
        <w:t>b. ¿Cuál es la distancia menor? ____________________________________________</w:t>
      </w:r>
    </w:p>
    <w:p w14:paraId="2CF9EC69" w14:textId="77777777" w:rsidR="007B5692" w:rsidRPr="000F38F2" w:rsidRDefault="00000000">
      <w:pPr>
        <w:spacing w:after="80" w:line="240" w:lineRule="auto"/>
        <w:ind w:left="605"/>
      </w:pPr>
      <w:r w:rsidRPr="000F38F2">
        <w:t>c. Escribe cómo se lee el número 41.600:</w:t>
      </w:r>
    </w:p>
    <w:p w14:paraId="0AEF3045" w14:textId="77777777" w:rsidR="007B5692" w:rsidRPr="000F38F2" w:rsidRDefault="00000000">
      <w:pPr>
        <w:spacing w:after="160" w:line="240" w:lineRule="auto"/>
        <w:ind w:left="605"/>
      </w:pPr>
      <w:r w:rsidRPr="000F38F2">
        <w:t>________________________________________________________________________________</w:t>
      </w:r>
    </w:p>
    <w:sectPr w:rsidR="007B5692" w:rsidRPr="000F38F2" w:rsidSect="00034616">
      <w:footerReference w:type="default" r:id="rId9"/>
      <w:pgSz w:w="12240" w:h="15840"/>
      <w:pgMar w:top="806" w:right="821" w:bottom="403" w:left="821" w:header="72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5DA9" w14:textId="77777777" w:rsidR="00FE35DB" w:rsidRPr="000F38F2" w:rsidRDefault="00FE35DB">
      <w:pPr>
        <w:spacing w:after="0" w:line="240" w:lineRule="auto"/>
      </w:pPr>
      <w:r w:rsidRPr="000F38F2">
        <w:separator/>
      </w:r>
    </w:p>
  </w:endnote>
  <w:endnote w:type="continuationSeparator" w:id="0">
    <w:p w14:paraId="6A5F18D5" w14:textId="77777777" w:rsidR="00FE35DB" w:rsidRPr="000F38F2" w:rsidRDefault="00FE35DB">
      <w:pPr>
        <w:spacing w:after="0" w:line="240" w:lineRule="auto"/>
      </w:pPr>
      <w:r w:rsidRPr="000F38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91157" w14:textId="77777777" w:rsidR="007B5692" w:rsidRPr="000F38F2" w:rsidRDefault="00000000">
    <w:pPr>
      <w:pStyle w:val="Piedepgina"/>
      <w:jc w:val="center"/>
    </w:pPr>
    <w:r w:rsidRPr="000F38F2">
      <w:rPr>
        <w:sz w:val="16"/>
      </w:rPr>
      <w:t xml:space="preserve">Taller de Matemáticas - Grado Segundo     </w:t>
    </w:r>
    <w:r w:rsidRPr="000F38F2">
      <w:rPr>
        <w:sz w:val="16"/>
      </w:rPr>
      <w:fldChar w:fldCharType="begin"/>
    </w:r>
    <w:r w:rsidRPr="000F38F2">
      <w:rPr>
        <w:sz w:val="16"/>
      </w:rPr>
      <w:instrText xml:space="preserve"> PAGE </w:instrText>
    </w:r>
    <w:r w:rsidR="000F38F2" w:rsidRPr="000F38F2">
      <w:rPr>
        <w:sz w:val="16"/>
      </w:rPr>
      <w:fldChar w:fldCharType="separate"/>
    </w:r>
    <w:r w:rsidR="000F38F2" w:rsidRPr="000F38F2">
      <w:rPr>
        <w:sz w:val="16"/>
      </w:rPr>
      <w:t>1</w:t>
    </w:r>
    <w:r w:rsidRPr="000F38F2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B6814" w14:textId="77777777" w:rsidR="00FE35DB" w:rsidRPr="000F38F2" w:rsidRDefault="00FE35DB">
      <w:pPr>
        <w:spacing w:after="0" w:line="240" w:lineRule="auto"/>
      </w:pPr>
      <w:r w:rsidRPr="000F38F2">
        <w:separator/>
      </w:r>
    </w:p>
  </w:footnote>
  <w:footnote w:type="continuationSeparator" w:id="0">
    <w:p w14:paraId="6CE497A2" w14:textId="77777777" w:rsidR="00FE35DB" w:rsidRPr="000F38F2" w:rsidRDefault="00FE35DB">
      <w:pPr>
        <w:spacing w:after="0" w:line="240" w:lineRule="auto"/>
      </w:pPr>
      <w:r w:rsidRPr="000F38F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0060425">
    <w:abstractNumId w:val="8"/>
  </w:num>
  <w:num w:numId="2" w16cid:durableId="1756825523">
    <w:abstractNumId w:val="6"/>
  </w:num>
  <w:num w:numId="3" w16cid:durableId="1351371700">
    <w:abstractNumId w:val="5"/>
  </w:num>
  <w:num w:numId="4" w16cid:durableId="992758420">
    <w:abstractNumId w:val="4"/>
  </w:num>
  <w:num w:numId="5" w16cid:durableId="745110023">
    <w:abstractNumId w:val="7"/>
  </w:num>
  <w:num w:numId="6" w16cid:durableId="695541428">
    <w:abstractNumId w:val="3"/>
  </w:num>
  <w:num w:numId="7" w16cid:durableId="1773429267">
    <w:abstractNumId w:val="2"/>
  </w:num>
  <w:num w:numId="8" w16cid:durableId="972324205">
    <w:abstractNumId w:val="1"/>
  </w:num>
  <w:num w:numId="9" w16cid:durableId="47109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38F2"/>
    <w:rsid w:val="0015074B"/>
    <w:rsid w:val="0029639D"/>
    <w:rsid w:val="00326F90"/>
    <w:rsid w:val="007B5692"/>
    <w:rsid w:val="00903AC3"/>
    <w:rsid w:val="00AA1D8D"/>
    <w:rsid w:val="00B47730"/>
    <w:rsid w:val="00CB0664"/>
    <w:rsid w:val="00FC693F"/>
    <w:rsid w:val="00FE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648B8"/>
  <w14:defaultImageDpi w14:val="300"/>
  <w15:docId w15:val="{52CC2B6A-B56C-420D-9FB7-E2067DA5F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Pava Gomez Robertson Heyler</cp:lastModifiedBy>
  <cp:revision>2</cp:revision>
  <dcterms:created xsi:type="dcterms:W3CDTF">2013-12-23T23:15:00Z</dcterms:created>
  <dcterms:modified xsi:type="dcterms:W3CDTF">2026-08-20T14:06:00Z</dcterms:modified>
  <cp:category/>
</cp:coreProperties>
</file>