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E5D" w:rsidRDefault="00C25E5D" w:rsidP="00C25E5D">
      <w:pPr>
        <w:pStyle w:val="Ttulo1"/>
        <w:spacing w:before="0"/>
        <w:jc w:val="center"/>
      </w:pPr>
      <w:proofErr w:type="spellStart"/>
      <w:r>
        <w:t>Prueba</w:t>
      </w:r>
      <w:proofErr w:type="spellEnd"/>
      <w:r>
        <w:t xml:space="preserve"> de </w:t>
      </w:r>
      <w:proofErr w:type="spellStart"/>
      <w:r>
        <w:t>Entrenamiento</w:t>
      </w:r>
      <w:proofErr w:type="spellEnd"/>
      <w:r>
        <w:t xml:space="preserve"> </w:t>
      </w:r>
      <w:r w:rsidR="00CC5B22">
        <w:t xml:space="preserve"> </w:t>
      </w:r>
    </w:p>
    <w:p w:rsidR="00533703" w:rsidRDefault="00C25E5D" w:rsidP="00C25E5D">
      <w:pPr>
        <w:pStyle w:val="Ttulo1"/>
        <w:spacing w:before="0"/>
        <w:jc w:val="center"/>
      </w:pPr>
      <w:r>
        <w:t>LECTORES COMPETENTES (</w:t>
      </w:r>
      <w:proofErr w:type="spellStart"/>
      <w:r w:rsidR="00CC5B22">
        <w:t>Grado</w:t>
      </w:r>
      <w:proofErr w:type="spellEnd"/>
      <w:r w:rsidR="00CC5B22">
        <w:t xml:space="preserve"> </w:t>
      </w:r>
      <w:proofErr w:type="spellStart"/>
      <w:r w:rsidR="00CC5B22">
        <w:t>Décimo</w:t>
      </w:r>
      <w:proofErr w:type="spellEnd"/>
      <w:r>
        <w:t>)</w:t>
      </w:r>
    </w:p>
    <w:p w:rsidR="00C25E5D" w:rsidRPr="00C25E5D" w:rsidRDefault="00C25E5D" w:rsidP="00C25E5D"/>
    <w:p w:rsidR="00533703" w:rsidRDefault="00CC5B22">
      <w:pPr>
        <w:pStyle w:val="Ttulo2"/>
      </w:pPr>
      <w:proofErr w:type="spellStart"/>
      <w:r>
        <w:t>Propósito</w:t>
      </w:r>
      <w:proofErr w:type="spellEnd"/>
    </w:p>
    <w:p w:rsidR="00533703" w:rsidRDefault="00CC5B22">
      <w:r>
        <w:t xml:space="preserve">Relievar ideas </w:t>
      </w:r>
      <w:proofErr w:type="spellStart"/>
      <w:r>
        <w:t>principales</w:t>
      </w:r>
      <w:proofErr w:type="spellEnd"/>
      <w:r>
        <w:t xml:space="preserve"> de </w:t>
      </w:r>
      <w:proofErr w:type="spellStart"/>
      <w:r>
        <w:t>párrafos</w:t>
      </w:r>
      <w:proofErr w:type="spellEnd"/>
      <w:r>
        <w:t xml:space="preserve">, </w:t>
      </w:r>
      <w:proofErr w:type="spellStart"/>
      <w:r>
        <w:t>tenie</w:t>
      </w:r>
      <w:r w:rsidR="00C25E5D">
        <w:t>ndo</w:t>
      </w:r>
      <w:proofErr w:type="spellEnd"/>
      <w:r w:rsidR="00C25E5D">
        <w:t xml:space="preserve"> </w:t>
      </w:r>
      <w:proofErr w:type="spellStart"/>
      <w:r w:rsidR="00C25E5D">
        <w:t>en</w:t>
      </w:r>
      <w:proofErr w:type="spellEnd"/>
      <w:r w:rsidR="00C25E5D">
        <w:t xml:space="preserve"> </w:t>
      </w:r>
      <w:proofErr w:type="spellStart"/>
      <w:r w:rsidR="00C25E5D">
        <w:t>cuenta</w:t>
      </w:r>
      <w:proofErr w:type="spellEnd"/>
      <w:r w:rsidR="00C25E5D">
        <w:t xml:space="preserve"> </w:t>
      </w:r>
      <w:proofErr w:type="spellStart"/>
      <w:r w:rsidR="00C25E5D">
        <w:t>Marcas</w:t>
      </w:r>
      <w:proofErr w:type="spellEnd"/>
      <w:r w:rsidR="00C25E5D">
        <w:t xml:space="preserve"> </w:t>
      </w:r>
      <w:proofErr w:type="spellStart"/>
      <w:r w:rsidR="00C25E5D">
        <w:t>Semánticas</w:t>
      </w:r>
      <w:proofErr w:type="spellEnd"/>
      <w:r w:rsidR="00C25E5D">
        <w:t xml:space="preserve">, para </w:t>
      </w:r>
      <w:proofErr w:type="spellStart"/>
      <w:r w:rsidR="00C25E5D">
        <w:t>identificar</w:t>
      </w:r>
      <w:proofErr w:type="spellEnd"/>
      <w:r w:rsidR="00C25E5D">
        <w:t xml:space="preserve"> la </w:t>
      </w:r>
      <w:proofErr w:type="spellStart"/>
      <w:r w:rsidR="00C25E5D">
        <w:t>información</w:t>
      </w:r>
      <w:proofErr w:type="spellEnd"/>
      <w:r w:rsidR="00C25E5D">
        <w:t xml:space="preserve"> </w:t>
      </w:r>
      <w:proofErr w:type="spellStart"/>
      <w:r w:rsidR="00C25E5D">
        <w:t>relevante</w:t>
      </w:r>
      <w:proofErr w:type="spellEnd"/>
      <w:r w:rsidR="00C25E5D">
        <w:t xml:space="preserve"> que </w:t>
      </w:r>
      <w:proofErr w:type="spellStart"/>
      <w:r w:rsidR="00C25E5D">
        <w:t>responda</w:t>
      </w:r>
      <w:proofErr w:type="spellEnd"/>
      <w:r w:rsidR="00C25E5D">
        <w:t xml:space="preserve"> a</w:t>
      </w:r>
      <w:r>
        <w:t xml:space="preserve"> </w:t>
      </w:r>
      <w:proofErr w:type="spellStart"/>
      <w:r>
        <w:t>preguntas</w:t>
      </w:r>
      <w:proofErr w:type="spellEnd"/>
      <w:r w:rsidR="00C25E5D">
        <w:t xml:space="preserve"> de </w:t>
      </w:r>
      <w:proofErr w:type="spellStart"/>
      <w:r w:rsidR="00C25E5D">
        <w:t>lectura</w:t>
      </w:r>
      <w:proofErr w:type="spellEnd"/>
      <w:r w:rsidR="00C25E5D">
        <w:t xml:space="preserve"> </w:t>
      </w:r>
      <w:proofErr w:type="spellStart"/>
      <w:r w:rsidR="00C25E5D">
        <w:t>Conceptuales</w:t>
      </w:r>
      <w:proofErr w:type="spellEnd"/>
      <w:r w:rsidR="00C25E5D">
        <w:t xml:space="preserve">, </w:t>
      </w:r>
      <w:proofErr w:type="spellStart"/>
      <w:r w:rsidR="00C25E5D">
        <w:t>Argumentales</w:t>
      </w:r>
      <w:proofErr w:type="spellEnd"/>
      <w:r w:rsidR="00C25E5D">
        <w:t xml:space="preserve"> y </w:t>
      </w:r>
      <w:proofErr w:type="spellStart"/>
      <w:r w:rsidR="00C25E5D">
        <w:t>P</w:t>
      </w:r>
      <w:r>
        <w:t>rocedimentales</w:t>
      </w:r>
      <w:proofErr w:type="spellEnd"/>
      <w:r>
        <w:t>.</w:t>
      </w:r>
    </w:p>
    <w:p w:rsidR="00C25E5D" w:rsidRDefault="00C25E5D"/>
    <w:p w:rsidR="00533703" w:rsidRDefault="00CC5B22">
      <w:pPr>
        <w:pStyle w:val="Ttulo2"/>
      </w:pPr>
      <w:r>
        <w:t>Texto de lectura</w:t>
      </w:r>
    </w:p>
    <w:p w:rsidR="00533703" w:rsidRDefault="00CC5B22">
      <w:r>
        <w:t>La inteligencia artificial (IA) ha transformado múltiples ámbitos de la vida cotidiana y la educación no es la excepción. Cada vez es más frecuente encontrar plataformas capaces de adaptar los contenidos al ritmo de aprendizaje de cada estudiante, identificar dificultades y sugerir estrategias para superarlas.</w:t>
      </w:r>
      <w:r>
        <w:br/>
      </w:r>
      <w:r>
        <w:br/>
        <w:t>Sin embargo, diversos investigadores advierten que la tecnología, por sí sola, no garantiza mejores aprendizajes. El verdadero cambio depende de la capacidad del docente para integrar estas herramientas dentro de una propuesta pedagógica que promueva el pensamiento crítico, la creatividad y la resolución de problemas.</w:t>
      </w:r>
      <w:r>
        <w:br/>
      </w:r>
      <w:r>
        <w:br/>
        <w:t>Por otra parte, el uso indiscriminado de la IA también plantea desafíos éticos relacionados con la privacidad de los datos, el plagio académico y la dependencia tecnológica. En consecuencia, la formación de ciudadanos digitales responsables se convierte en una prioridad para las instituciones educativas.</w:t>
      </w:r>
      <w:r>
        <w:br/>
      </w:r>
      <w:r>
        <w:br/>
        <w:t xml:space="preserve">Finalmente, puede afirmarse que la inteligencia artificial representa una oportunidad importante para innovar en los procesos de enseñanza, siempre que su implementación esté acompañada por </w:t>
      </w:r>
      <w:proofErr w:type="spellStart"/>
      <w:r>
        <w:t>criterios</w:t>
      </w:r>
      <w:proofErr w:type="spellEnd"/>
      <w:r>
        <w:t xml:space="preserve"> </w:t>
      </w:r>
      <w:proofErr w:type="spellStart"/>
      <w:r>
        <w:t>pedagógicos</w:t>
      </w:r>
      <w:proofErr w:type="spellEnd"/>
      <w:r>
        <w:t xml:space="preserve"> y </w:t>
      </w:r>
      <w:proofErr w:type="spellStart"/>
      <w:r>
        <w:t>éticos</w:t>
      </w:r>
      <w:proofErr w:type="spellEnd"/>
      <w:r>
        <w:t xml:space="preserve"> </w:t>
      </w:r>
      <w:proofErr w:type="spellStart"/>
      <w:r>
        <w:t>claramente</w:t>
      </w:r>
      <w:proofErr w:type="spellEnd"/>
      <w:r>
        <w:t xml:space="preserve"> </w:t>
      </w:r>
      <w:proofErr w:type="spellStart"/>
      <w:r>
        <w:t>definidos</w:t>
      </w:r>
      <w:proofErr w:type="spellEnd"/>
      <w:r>
        <w:t>.</w:t>
      </w:r>
    </w:p>
    <w:p w:rsidR="00C25E5D" w:rsidRDefault="00C25E5D"/>
    <w:p w:rsidR="00C25E5D" w:rsidRDefault="00CC5B22" w:rsidP="00C25E5D">
      <w:pPr>
        <w:pStyle w:val="Ttulo2"/>
      </w:pPr>
      <w:proofErr w:type="spellStart"/>
      <w:r>
        <w:t>Preguntas</w:t>
      </w:r>
      <w:proofErr w:type="spellEnd"/>
      <w:r>
        <w:t xml:space="preserve"> de </w:t>
      </w:r>
      <w:proofErr w:type="spellStart"/>
      <w:r>
        <w:t>selección</w:t>
      </w:r>
      <w:proofErr w:type="spellEnd"/>
      <w:r>
        <w:t xml:space="preserve"> </w:t>
      </w:r>
      <w:r w:rsidR="00C25E5D">
        <w:t>multiple</w:t>
      </w:r>
    </w:p>
    <w:p w:rsidR="00C25E5D" w:rsidRPr="00C25E5D" w:rsidRDefault="00C25E5D" w:rsidP="00C25E5D"/>
    <w:p w:rsidR="00533703" w:rsidRDefault="00CC5B22">
      <w:r>
        <w:t>1. La idea principal del primer párrafo es:</w:t>
      </w:r>
    </w:p>
    <w:p w:rsidR="00533703" w:rsidRDefault="00CC5B22">
      <w:pPr>
        <w:pStyle w:val="Listaconvietas"/>
      </w:pPr>
      <w:r>
        <w:t>A. La IA reemplazará completamente a los docentes.</w:t>
      </w:r>
    </w:p>
    <w:p w:rsidR="00533703" w:rsidRDefault="00CC5B22">
      <w:pPr>
        <w:pStyle w:val="Listaconvietas"/>
      </w:pPr>
      <w:r>
        <w:t>B. La IA ha permitido personalizar algunos procesos de aprendizaje.</w:t>
      </w:r>
    </w:p>
    <w:p w:rsidR="00533703" w:rsidRDefault="00CC5B22">
      <w:pPr>
        <w:pStyle w:val="Listaconvietas"/>
      </w:pPr>
      <w:r>
        <w:t>C. La educación virtual desaparecerá.</w:t>
      </w:r>
    </w:p>
    <w:p w:rsidR="00533703" w:rsidRDefault="00CC5B22">
      <w:pPr>
        <w:pStyle w:val="Listaconvietas"/>
      </w:pPr>
      <w:r>
        <w:t xml:space="preserve">D. Los </w:t>
      </w:r>
      <w:proofErr w:type="spellStart"/>
      <w:r>
        <w:t>estudiantes</w:t>
      </w:r>
      <w:proofErr w:type="spellEnd"/>
      <w:r>
        <w:t xml:space="preserve"> </w:t>
      </w:r>
      <w:proofErr w:type="spellStart"/>
      <w:r>
        <w:t>ya</w:t>
      </w:r>
      <w:proofErr w:type="spellEnd"/>
      <w:r>
        <w:t xml:space="preserve"> no </w:t>
      </w:r>
      <w:proofErr w:type="spellStart"/>
      <w:r>
        <w:t>necesitan</w:t>
      </w:r>
      <w:proofErr w:type="spellEnd"/>
      <w:r>
        <w:t xml:space="preserve"> </w:t>
      </w:r>
      <w:proofErr w:type="spellStart"/>
      <w:r>
        <w:t>profesores</w:t>
      </w:r>
      <w:proofErr w:type="spellEnd"/>
      <w:r>
        <w:t>.</w:t>
      </w:r>
    </w:p>
    <w:p w:rsidR="00C25E5D" w:rsidRDefault="00C25E5D" w:rsidP="00C25E5D">
      <w:pPr>
        <w:pStyle w:val="Listaconvietas"/>
        <w:numPr>
          <w:ilvl w:val="0"/>
          <w:numId w:val="0"/>
        </w:numPr>
        <w:ind w:left="360"/>
      </w:pPr>
    </w:p>
    <w:p w:rsidR="00533703" w:rsidRDefault="00CC5B22">
      <w:r>
        <w:lastRenderedPageBreak/>
        <w:t>2. La expresión 'Sin embargo' introduce:</w:t>
      </w:r>
    </w:p>
    <w:p w:rsidR="00533703" w:rsidRDefault="00CC5B22">
      <w:pPr>
        <w:pStyle w:val="Listaconvietas"/>
      </w:pPr>
      <w:r>
        <w:t>A. una conclusión.</w:t>
      </w:r>
    </w:p>
    <w:p w:rsidR="00533703" w:rsidRDefault="00CC5B22">
      <w:pPr>
        <w:pStyle w:val="Listaconvietas"/>
      </w:pPr>
      <w:r>
        <w:t>B. una ejemplificación.</w:t>
      </w:r>
    </w:p>
    <w:p w:rsidR="00533703" w:rsidRDefault="00CC5B22">
      <w:pPr>
        <w:pStyle w:val="Listaconvietas"/>
      </w:pPr>
      <w:r>
        <w:t>C. una oposición.</w:t>
      </w:r>
    </w:p>
    <w:p w:rsidR="00533703" w:rsidRDefault="00CC5B22">
      <w:pPr>
        <w:pStyle w:val="Listaconvietas"/>
      </w:pPr>
      <w:r>
        <w:t>D. una definición.</w:t>
      </w:r>
    </w:p>
    <w:p w:rsidR="00533703" w:rsidRDefault="00CC5B22">
      <w:r>
        <w:t>3. ¿Cuál es la tesis central del texto?</w:t>
      </w:r>
    </w:p>
    <w:p w:rsidR="00533703" w:rsidRDefault="00CC5B22">
      <w:pPr>
        <w:pStyle w:val="Listaconvietas"/>
      </w:pPr>
      <w:r>
        <w:t>A. La IA debe prohibirse.</w:t>
      </w:r>
    </w:p>
    <w:p w:rsidR="00533703" w:rsidRDefault="00CC5B22">
      <w:pPr>
        <w:pStyle w:val="Listaconvietas"/>
      </w:pPr>
      <w:r>
        <w:t>B. La IA sustituye el trabajo docente.</w:t>
      </w:r>
    </w:p>
    <w:p w:rsidR="00533703" w:rsidRDefault="00CC5B22">
      <w:pPr>
        <w:pStyle w:val="Listaconvietas"/>
      </w:pPr>
      <w:r>
        <w:t>C. La IA ofrece oportunidades educativas cuando se utiliza con criterios pedagógicos y éticos.</w:t>
      </w:r>
    </w:p>
    <w:p w:rsidR="00533703" w:rsidRDefault="00CC5B22">
      <w:pPr>
        <w:pStyle w:val="Listaconvietas"/>
      </w:pPr>
      <w:r>
        <w:t>D. La educación tradicional desaparecerá.</w:t>
      </w:r>
    </w:p>
    <w:p w:rsidR="00533703" w:rsidRDefault="00CC5B22">
      <w:r>
        <w:t>4. ¿Qué información es más relevante en el tercer párrafo?</w:t>
      </w:r>
    </w:p>
    <w:p w:rsidR="00533703" w:rsidRDefault="00CC5B22">
      <w:pPr>
        <w:pStyle w:val="Listaconvietas"/>
      </w:pPr>
      <w:r>
        <w:t>A. Todos los estudiantes hacen plagio.</w:t>
      </w:r>
    </w:p>
    <w:p w:rsidR="00533703" w:rsidRDefault="00CC5B22">
      <w:pPr>
        <w:pStyle w:val="Listaconvietas"/>
      </w:pPr>
      <w:r>
        <w:t>B. Existen desafíos éticos asociados al uso de la IA.</w:t>
      </w:r>
    </w:p>
    <w:p w:rsidR="00533703" w:rsidRDefault="00CC5B22">
      <w:pPr>
        <w:pStyle w:val="Listaconvietas"/>
      </w:pPr>
      <w:r>
        <w:t>C. La IA elimina los exámenes.</w:t>
      </w:r>
    </w:p>
    <w:p w:rsidR="00533703" w:rsidRDefault="00CC5B22">
      <w:pPr>
        <w:pStyle w:val="Listaconvietas"/>
      </w:pPr>
      <w:r>
        <w:t>D. Los computadores son muy costosos.</w:t>
      </w:r>
    </w:p>
    <w:p w:rsidR="00533703" w:rsidRDefault="00CC5B22">
      <w:r>
        <w:t>5. Según el texto, el éxito de la IA depende principalmente de:</w:t>
      </w:r>
    </w:p>
    <w:p w:rsidR="00533703" w:rsidRDefault="00CC5B22">
      <w:pPr>
        <w:pStyle w:val="Listaconvietas"/>
      </w:pPr>
      <w:r>
        <w:t>A. la velocidad del internet.</w:t>
      </w:r>
    </w:p>
    <w:p w:rsidR="00533703" w:rsidRDefault="00CC5B22">
      <w:pPr>
        <w:pStyle w:val="Listaconvietas"/>
      </w:pPr>
      <w:r>
        <w:t>B. la inversión tecnológica.</w:t>
      </w:r>
    </w:p>
    <w:p w:rsidR="00533703" w:rsidRDefault="00CC5B22">
      <w:pPr>
        <w:pStyle w:val="Listaconvietas"/>
      </w:pPr>
      <w:r>
        <w:t>C. el uso pedagógico que hagan los docentes.</w:t>
      </w:r>
    </w:p>
    <w:p w:rsidR="00533703" w:rsidRDefault="00CC5B22">
      <w:pPr>
        <w:pStyle w:val="Listaconvietas"/>
      </w:pPr>
      <w:r>
        <w:t>D. la cantidad de computadores.</w:t>
      </w:r>
    </w:p>
    <w:p w:rsidR="00533703" w:rsidRDefault="00CC5B22">
      <w:r>
        <w:t>6. La expresión 'En consecuencia' cumple la función de:</w:t>
      </w:r>
    </w:p>
    <w:p w:rsidR="00533703" w:rsidRDefault="00CC5B22">
      <w:pPr>
        <w:pStyle w:val="Listaconvietas"/>
      </w:pPr>
      <w:r>
        <w:t>A. comparar.</w:t>
      </w:r>
    </w:p>
    <w:p w:rsidR="00533703" w:rsidRDefault="00CC5B22">
      <w:pPr>
        <w:pStyle w:val="Listaconvietas"/>
      </w:pPr>
      <w:r>
        <w:t>B. ejemplificar.</w:t>
      </w:r>
    </w:p>
    <w:p w:rsidR="00533703" w:rsidRDefault="00CC5B22">
      <w:pPr>
        <w:pStyle w:val="Listaconvietas"/>
      </w:pPr>
      <w:r>
        <w:t>C. indicar causa-efecto.</w:t>
      </w:r>
    </w:p>
    <w:p w:rsidR="00533703" w:rsidRDefault="00CC5B22">
      <w:pPr>
        <w:pStyle w:val="Listaconvietas"/>
      </w:pPr>
      <w:r>
        <w:t>D. definir.</w:t>
      </w:r>
    </w:p>
    <w:p w:rsidR="00533703" w:rsidRDefault="00CC5B22">
      <w:r>
        <w:t>7. Puede inferirse que el autor considera que:</w:t>
      </w:r>
    </w:p>
    <w:p w:rsidR="00533703" w:rsidRDefault="00CC5B22">
      <w:pPr>
        <w:pStyle w:val="Listaconvietas"/>
      </w:pPr>
      <w:r>
        <w:t>A. Toda innovación tecnológica mejora automáticamente la educación.</w:t>
      </w:r>
    </w:p>
    <w:p w:rsidR="00533703" w:rsidRDefault="00CC5B22">
      <w:pPr>
        <w:pStyle w:val="Listaconvietas"/>
      </w:pPr>
      <w:r>
        <w:t>B. La formación ética es indispensable frente al uso de nuevas tecnologías.</w:t>
      </w:r>
    </w:p>
    <w:p w:rsidR="00533703" w:rsidRDefault="00CC5B22">
      <w:pPr>
        <w:pStyle w:val="Listaconvietas"/>
      </w:pPr>
      <w:r>
        <w:t>C. Los estudiantes deben evitar completamente la IA.</w:t>
      </w:r>
    </w:p>
    <w:p w:rsidR="00533703" w:rsidRDefault="00CC5B22">
      <w:pPr>
        <w:pStyle w:val="Listaconvietas"/>
      </w:pPr>
      <w:r>
        <w:t xml:space="preserve">D. Los </w:t>
      </w:r>
      <w:proofErr w:type="spellStart"/>
      <w:r>
        <w:t>docentes</w:t>
      </w:r>
      <w:proofErr w:type="spellEnd"/>
      <w:r>
        <w:t xml:space="preserve"> </w:t>
      </w:r>
      <w:proofErr w:type="spellStart"/>
      <w:r>
        <w:t>perderán</w:t>
      </w:r>
      <w:proofErr w:type="spellEnd"/>
      <w:r>
        <w:t xml:space="preserve"> </w:t>
      </w:r>
      <w:proofErr w:type="spellStart"/>
      <w:r>
        <w:t>su</w:t>
      </w:r>
      <w:proofErr w:type="spellEnd"/>
      <w:r>
        <w:t xml:space="preserve"> </w:t>
      </w:r>
      <w:proofErr w:type="spellStart"/>
      <w:r>
        <w:t>trabajo</w:t>
      </w:r>
      <w:proofErr w:type="spellEnd"/>
      <w:r>
        <w:t>.</w:t>
      </w:r>
    </w:p>
    <w:p w:rsidR="00C25E5D" w:rsidRDefault="00C25E5D" w:rsidP="00C25E5D">
      <w:pPr>
        <w:pStyle w:val="Listaconvietas"/>
        <w:numPr>
          <w:ilvl w:val="0"/>
          <w:numId w:val="0"/>
        </w:numPr>
        <w:ind w:left="360" w:hanging="360"/>
      </w:pPr>
    </w:p>
    <w:p w:rsidR="00C25E5D" w:rsidRDefault="00C25E5D" w:rsidP="00C25E5D">
      <w:pPr>
        <w:pStyle w:val="Listaconvietas"/>
        <w:numPr>
          <w:ilvl w:val="0"/>
          <w:numId w:val="0"/>
        </w:numPr>
        <w:ind w:left="360" w:hanging="360"/>
      </w:pPr>
    </w:p>
    <w:p w:rsidR="00C25E5D" w:rsidRDefault="00C25E5D" w:rsidP="00C25E5D">
      <w:pPr>
        <w:pStyle w:val="Listaconvietas"/>
        <w:numPr>
          <w:ilvl w:val="0"/>
          <w:numId w:val="0"/>
        </w:numPr>
        <w:ind w:left="360" w:hanging="360"/>
      </w:pPr>
    </w:p>
    <w:p w:rsidR="00533703" w:rsidRDefault="00CC5B22">
      <w:r>
        <w:lastRenderedPageBreak/>
        <w:t>8. ¿Cuál resume mejor el texto?</w:t>
      </w:r>
    </w:p>
    <w:p w:rsidR="00533703" w:rsidRDefault="00CC5B22">
      <w:pPr>
        <w:pStyle w:val="Listaconvietas"/>
      </w:pPr>
      <w:r>
        <w:t>A. La IA tiene ventajas y riesgos; su aporte depende de un uso responsable.</w:t>
      </w:r>
    </w:p>
    <w:p w:rsidR="00533703" w:rsidRDefault="00CC5B22">
      <w:pPr>
        <w:pStyle w:val="Listaconvietas"/>
      </w:pPr>
      <w:r>
        <w:t>B. La IA es una amenaza para la humanidad.</w:t>
      </w:r>
    </w:p>
    <w:p w:rsidR="00533703" w:rsidRDefault="00CC5B22">
      <w:pPr>
        <w:pStyle w:val="Listaconvietas"/>
      </w:pPr>
      <w:r>
        <w:t>C. Los computadores reemplazarán la escuela.</w:t>
      </w:r>
    </w:p>
    <w:p w:rsidR="00533703" w:rsidRDefault="00CC5B22">
      <w:pPr>
        <w:pStyle w:val="Listaconvietas"/>
      </w:pPr>
      <w:r>
        <w:t>D. La educación solo debe ser virtual.</w:t>
      </w:r>
    </w:p>
    <w:p w:rsidR="00533703" w:rsidRDefault="00CC5B22">
      <w:r>
        <w:t>9. El propósito comunicativo del autor es:</w:t>
      </w:r>
    </w:p>
    <w:p w:rsidR="00533703" w:rsidRDefault="00CC5B22">
      <w:pPr>
        <w:pStyle w:val="Listaconvietas"/>
      </w:pPr>
      <w:r>
        <w:t>A. Narrar una experiencia.</w:t>
      </w:r>
    </w:p>
    <w:p w:rsidR="00533703" w:rsidRDefault="00CC5B22">
      <w:pPr>
        <w:pStyle w:val="Listaconvietas"/>
      </w:pPr>
      <w:r>
        <w:t>B. Convencer mediante argumentos sobre el uso responsable de la IA.</w:t>
      </w:r>
    </w:p>
    <w:p w:rsidR="00533703" w:rsidRDefault="00CC5B22">
      <w:pPr>
        <w:pStyle w:val="Listaconvietas"/>
      </w:pPr>
      <w:r>
        <w:t>C. Describir un computador.</w:t>
      </w:r>
    </w:p>
    <w:p w:rsidR="00533703" w:rsidRDefault="00CC5B22">
      <w:pPr>
        <w:pStyle w:val="Listaconvietas"/>
      </w:pPr>
      <w:r>
        <w:t>D. Contar una historia.</w:t>
      </w:r>
    </w:p>
    <w:p w:rsidR="00533703" w:rsidRDefault="00CC5B22">
      <w:r>
        <w:t>10. ¿Cuál palabra funciona como marca semántica de conclusión?</w:t>
      </w:r>
    </w:p>
    <w:p w:rsidR="00533703" w:rsidRDefault="00CC5B22">
      <w:pPr>
        <w:pStyle w:val="Listaconvietas"/>
      </w:pPr>
      <w:r>
        <w:t>A. Sin embargo</w:t>
      </w:r>
    </w:p>
    <w:p w:rsidR="00533703" w:rsidRDefault="00CC5B22">
      <w:pPr>
        <w:pStyle w:val="Listaconvietas"/>
      </w:pPr>
      <w:r>
        <w:t>B. Por otra parte</w:t>
      </w:r>
    </w:p>
    <w:p w:rsidR="00533703" w:rsidRDefault="00CC5B22">
      <w:pPr>
        <w:pStyle w:val="Listaconvietas"/>
      </w:pPr>
      <w:r>
        <w:t>C. Finalmente</w:t>
      </w:r>
    </w:p>
    <w:p w:rsidR="00533703" w:rsidRDefault="00CC5B22">
      <w:pPr>
        <w:pStyle w:val="Listaconvietas"/>
      </w:pPr>
      <w:r>
        <w:t>D. Además</w:t>
      </w:r>
    </w:p>
    <w:p w:rsidR="00533703" w:rsidRDefault="00CC5B22">
      <w:r>
        <w:t>11. Si se eliminara el segundo párrafo:</w:t>
      </w:r>
    </w:p>
    <w:p w:rsidR="00533703" w:rsidRDefault="00CC5B22">
      <w:pPr>
        <w:pStyle w:val="Listaconvietas"/>
      </w:pPr>
      <w:r>
        <w:t>A. Desaparecería el argumento sobre el papel del docente.</w:t>
      </w:r>
    </w:p>
    <w:p w:rsidR="00533703" w:rsidRDefault="00CC5B22">
      <w:pPr>
        <w:pStyle w:val="Listaconvietas"/>
      </w:pPr>
      <w:r>
        <w:t>B. Cambiaría el significado del primer párrafo.</w:t>
      </w:r>
    </w:p>
    <w:p w:rsidR="00533703" w:rsidRDefault="00CC5B22">
      <w:pPr>
        <w:pStyle w:val="Listaconvietas"/>
      </w:pPr>
      <w:r>
        <w:t>C. Desaparecerían los problemas éticos.</w:t>
      </w:r>
    </w:p>
    <w:p w:rsidR="00533703" w:rsidRDefault="00CC5B22">
      <w:pPr>
        <w:pStyle w:val="Listaconvietas"/>
      </w:pPr>
      <w:r>
        <w:t>D. El texto sería narrativo.</w:t>
      </w:r>
    </w:p>
    <w:p w:rsidR="00533703" w:rsidRDefault="00CC5B22">
      <w:r>
        <w:t>12. ¿Cuál información NO es compatible con el texto?</w:t>
      </w:r>
    </w:p>
    <w:p w:rsidR="00533703" w:rsidRDefault="00CC5B22">
      <w:pPr>
        <w:pStyle w:val="Listaconvietas"/>
      </w:pPr>
      <w:r>
        <w:t>A. La IA puede apoyar procesos educativos.</w:t>
      </w:r>
    </w:p>
    <w:p w:rsidR="00533703" w:rsidRDefault="00CC5B22">
      <w:pPr>
        <w:pStyle w:val="Listaconvietas"/>
      </w:pPr>
      <w:r>
        <w:t>B. La ética es importante.</w:t>
      </w:r>
    </w:p>
    <w:p w:rsidR="00533703" w:rsidRDefault="00CC5B22">
      <w:pPr>
        <w:pStyle w:val="Listaconvietas"/>
      </w:pPr>
      <w:r>
        <w:t>C. La IA garantiza por sí sola mejores aprendizajes.</w:t>
      </w:r>
    </w:p>
    <w:p w:rsidR="00533703" w:rsidRDefault="00CC5B22">
      <w:pPr>
        <w:pStyle w:val="Listaconvietas"/>
      </w:pPr>
      <w:r>
        <w:t>D. El docente continúa siendo fundamental.</w:t>
      </w:r>
    </w:p>
    <w:p w:rsidR="00533703" w:rsidRDefault="00CC5B22">
      <w:r>
        <w:t>13. ¿Qué relación existe entre el segundo y el tercer párrafo?</w:t>
      </w:r>
    </w:p>
    <w:p w:rsidR="00533703" w:rsidRDefault="00CC5B22">
      <w:pPr>
        <w:pStyle w:val="Listaconvietas"/>
      </w:pPr>
      <w:r>
        <w:t>A. Problema-solución.</w:t>
      </w:r>
    </w:p>
    <w:p w:rsidR="00533703" w:rsidRDefault="00CC5B22">
      <w:pPr>
        <w:pStyle w:val="Listaconvietas"/>
      </w:pPr>
      <w:r>
        <w:t>B. Causa-efecto.</w:t>
      </w:r>
    </w:p>
    <w:p w:rsidR="00533703" w:rsidRDefault="00CC5B22">
      <w:pPr>
        <w:pStyle w:val="Listaconvietas"/>
      </w:pPr>
      <w:r>
        <w:t>C. Complementación de argumentos.</w:t>
      </w:r>
    </w:p>
    <w:p w:rsidR="00533703" w:rsidRDefault="00CC5B22">
      <w:pPr>
        <w:pStyle w:val="Listaconvietas"/>
      </w:pPr>
      <w:r>
        <w:t>D. Secuencia cronológica.</w:t>
      </w:r>
    </w:p>
    <w:p w:rsidR="00533703" w:rsidRDefault="00CC5B22">
      <w:r>
        <w:t>14. La palabra 'prioridad' significa:</w:t>
      </w:r>
    </w:p>
    <w:p w:rsidR="00533703" w:rsidRDefault="00CC5B22">
      <w:pPr>
        <w:pStyle w:val="Listaconvietas"/>
      </w:pPr>
      <w:r>
        <w:t>A. Obligación secundaria.</w:t>
      </w:r>
    </w:p>
    <w:p w:rsidR="00533703" w:rsidRDefault="00CC5B22">
      <w:pPr>
        <w:pStyle w:val="Listaconvietas"/>
      </w:pPr>
      <w:r>
        <w:t>B. Asunto de mayor importancia.</w:t>
      </w:r>
    </w:p>
    <w:p w:rsidR="00533703" w:rsidRDefault="00CC5B22">
      <w:pPr>
        <w:pStyle w:val="Listaconvietas"/>
      </w:pPr>
      <w:r>
        <w:lastRenderedPageBreak/>
        <w:t>C. Problema tecnológico.</w:t>
      </w:r>
    </w:p>
    <w:p w:rsidR="00533703" w:rsidRDefault="00CC5B22">
      <w:pPr>
        <w:pStyle w:val="Listaconvietas"/>
      </w:pPr>
      <w:r>
        <w:t>D. Estrategia informática.</w:t>
      </w:r>
    </w:p>
    <w:p w:rsidR="00533703" w:rsidRDefault="00CC5B22">
      <w:r>
        <w:t>15. La conclusión del texto puede formularse como:</w:t>
      </w:r>
    </w:p>
    <w:p w:rsidR="00533703" w:rsidRDefault="00CC5B22">
      <w:pPr>
        <w:pStyle w:val="Listaconvietas"/>
      </w:pPr>
      <w:r>
        <w:t>A. La IA debe utilizarse críticamente para fortalecer la educación.</w:t>
      </w:r>
    </w:p>
    <w:p w:rsidR="00533703" w:rsidRDefault="00CC5B22">
      <w:pPr>
        <w:pStyle w:val="Listaconvietas"/>
      </w:pPr>
      <w:r>
        <w:t>B. La IA eliminará los colegios.</w:t>
      </w:r>
    </w:p>
    <w:p w:rsidR="00533703" w:rsidRDefault="00CC5B22">
      <w:pPr>
        <w:pStyle w:val="Listaconvietas"/>
      </w:pPr>
      <w:r>
        <w:t>C. Toda tecnología es perjudicial.</w:t>
      </w:r>
    </w:p>
    <w:p w:rsidR="00533703" w:rsidRDefault="00CC5B22">
      <w:pPr>
        <w:pStyle w:val="Listaconvietas"/>
      </w:pPr>
      <w:r>
        <w:t>D. El aprendizaje depende únicamente de los computadores.</w:t>
      </w:r>
    </w:p>
    <w:p w:rsidR="00533703" w:rsidRDefault="00CC5B22">
      <w:pPr>
        <w:pStyle w:val="Ttulo2"/>
      </w:pPr>
      <w:r>
        <w:t>Preguntas abiertas</w:t>
      </w:r>
    </w:p>
    <w:p w:rsidR="00533703" w:rsidRDefault="00CC5B22">
      <w:r>
        <w:t>16. Explique por qué el autor afirma que la inteligencia artificial no garantiza mejores aprendizajes por sí sola.</w:t>
      </w:r>
    </w:p>
    <w:p w:rsidR="00533703" w:rsidRDefault="00CC5B22">
      <w:r>
        <w:t>17. Identifique la idea principal del tercer párrafo y justifique por qué es relevante para el propósito del texto.</w:t>
      </w:r>
    </w:p>
    <w:p w:rsidR="00533703" w:rsidRDefault="00CC5B22">
      <w:r>
        <w:t>18. Argumente si está de acuerdo o no con la afirmación: 'La inteligencia artificial debe convertirse en una herramienta habitual en todas las aulas'. Sustente su respuesta con información del texto.</w:t>
      </w:r>
    </w:p>
    <w:p w:rsidR="00533703" w:rsidRDefault="00CC5B22">
      <w:r>
        <w:t>19. Construya un esquema (mapa conceptual o cuadro sinóptico) que sintetice las ideas principales del texto.</w:t>
      </w:r>
    </w:p>
    <w:p w:rsidR="00533703" w:rsidRDefault="00CC5B22">
      <w:r>
        <w:t xml:space="preserve">20. Escriba una conclusión personal de aproximadamente 100 palabras sobre la </w:t>
      </w:r>
      <w:proofErr w:type="spellStart"/>
      <w:r>
        <w:t>relación</w:t>
      </w:r>
      <w:proofErr w:type="spellEnd"/>
      <w:r>
        <w:t xml:space="preserve"> entre </w:t>
      </w:r>
      <w:proofErr w:type="spellStart"/>
      <w:r>
        <w:t>inteligencia</w:t>
      </w:r>
      <w:proofErr w:type="spellEnd"/>
      <w:r>
        <w:t xml:space="preserve"> artificial, </w:t>
      </w:r>
      <w:proofErr w:type="spellStart"/>
      <w:r>
        <w:t>educación</w:t>
      </w:r>
      <w:proofErr w:type="spellEnd"/>
      <w:r>
        <w:t xml:space="preserve"> y </w:t>
      </w:r>
      <w:proofErr w:type="spellStart"/>
      <w:r>
        <w:t>pensamiento</w:t>
      </w:r>
      <w:proofErr w:type="spellEnd"/>
      <w:r>
        <w:t xml:space="preserve"> </w:t>
      </w:r>
      <w:proofErr w:type="spellStart"/>
      <w:r>
        <w:t>crítico</w:t>
      </w:r>
      <w:proofErr w:type="spellEnd"/>
      <w:r>
        <w:t>.</w:t>
      </w:r>
    </w:p>
    <w:p w:rsidR="00291386" w:rsidRDefault="00291386">
      <w:bookmarkStart w:id="0" w:name="_GoBack"/>
      <w:bookmarkEnd w:id="0"/>
    </w:p>
    <w:sectPr w:rsidR="0029138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3"/>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63C69"/>
    <w:rsid w:val="00291386"/>
    <w:rsid w:val="0029639D"/>
    <w:rsid w:val="00326F90"/>
    <w:rsid w:val="00533703"/>
    <w:rsid w:val="00AA1D8D"/>
    <w:rsid w:val="00B47730"/>
    <w:rsid w:val="00C25E5D"/>
    <w:rsid w:val="00CB0664"/>
    <w:rsid w:val="00CC5B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B77B9E"/>
  <w14:defaultImageDpi w14:val="300"/>
  <w15:docId w15:val="{3205A4D8-8014-45B1-A87C-0EC1EA2D0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91386"/>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724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AE4A5-A748-4825-8F86-890DB99B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799</Words>
  <Characters>4396</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cp:lastModifiedBy>
  <cp:revision>5</cp:revision>
  <dcterms:created xsi:type="dcterms:W3CDTF">2026-07-09T18:12:00Z</dcterms:created>
  <dcterms:modified xsi:type="dcterms:W3CDTF">2026-08-20T15:27:00Z</dcterms:modified>
  <cp:category/>
</cp:coreProperties>
</file>